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25419" w14:textId="74775812" w:rsidR="003F14EC" w:rsidRDefault="003F14EC">
      <w:pPr>
        <w:spacing w:after="2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320"/>
        <w:gridCol w:w="288"/>
        <w:gridCol w:w="3312"/>
      </w:tblGrid>
      <w:tr w:rsidR="003F14EC" w14:paraId="14E765BA" w14:textId="77777777" w:rsidTr="00EF0B41">
        <w:trPr>
          <w:jc w:val="center"/>
        </w:trPr>
        <w:tc>
          <w:tcPr>
            <w:tcW w:w="1440" w:type="dxa"/>
          </w:tcPr>
          <w:p w14:paraId="2B1121DE" w14:textId="5F4D9D99" w:rsidR="003F14EC" w:rsidRDefault="003F14EC">
            <w:pPr>
              <w:spacing w:after="60"/>
            </w:pPr>
          </w:p>
        </w:tc>
        <w:tc>
          <w:tcPr>
            <w:tcW w:w="4320" w:type="dxa"/>
          </w:tcPr>
          <w:p w14:paraId="4B4D12DF" w14:textId="0F62E090" w:rsidR="003F14EC" w:rsidRDefault="003F14EC">
            <w:pPr>
              <w:spacing w:after="60"/>
            </w:pPr>
          </w:p>
        </w:tc>
        <w:tc>
          <w:tcPr>
            <w:tcW w:w="288" w:type="dxa"/>
          </w:tcPr>
          <w:p w14:paraId="66D9CAF4" w14:textId="77777777" w:rsidR="003F14EC" w:rsidRDefault="003F14EC">
            <w:pPr>
              <w:spacing w:after="60"/>
            </w:pPr>
          </w:p>
        </w:tc>
        <w:tc>
          <w:tcPr>
            <w:tcW w:w="3312" w:type="dxa"/>
          </w:tcPr>
          <w:p w14:paraId="4C4BD997" w14:textId="77777777" w:rsidR="003F14EC" w:rsidRDefault="00000000">
            <w:pPr>
              <w:spacing w:after="60"/>
            </w:pPr>
            <w:r>
              <w:rPr>
                <w:rFonts w:ascii="Times New Roman" w:hAnsi="Times New Roman"/>
              </w:rPr>
              <w:t>........................, .................... 20...</w:t>
            </w:r>
          </w:p>
        </w:tc>
      </w:tr>
      <w:tr w:rsidR="003F14EC" w14:paraId="14D13431" w14:textId="77777777" w:rsidTr="00EF0B41">
        <w:trPr>
          <w:jc w:val="center"/>
        </w:trPr>
        <w:tc>
          <w:tcPr>
            <w:tcW w:w="1440" w:type="dxa"/>
          </w:tcPr>
          <w:p w14:paraId="40791E0A" w14:textId="77777777" w:rsidR="003F14EC" w:rsidRDefault="00000000">
            <w:pPr>
              <w:spacing w:after="60"/>
            </w:pPr>
            <w:proofErr w:type="spellStart"/>
            <w:r>
              <w:rPr>
                <w:rFonts w:ascii="Times New Roman" w:hAnsi="Times New Roman"/>
              </w:rPr>
              <w:t>Perihal</w:t>
            </w:r>
            <w:proofErr w:type="spellEnd"/>
          </w:p>
        </w:tc>
        <w:tc>
          <w:tcPr>
            <w:tcW w:w="4320" w:type="dxa"/>
          </w:tcPr>
          <w:p w14:paraId="01823C67" w14:textId="19E3599D" w:rsidR="003F14EC" w:rsidRDefault="00000000">
            <w:pPr>
              <w:spacing w:after="60"/>
            </w:pPr>
            <w:r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</w:rPr>
              <w:t>Permohonan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Bantuan</w:t>
            </w:r>
            <w:proofErr w:type="spellEnd"/>
            <w:r>
              <w:rPr>
                <w:rFonts w:ascii="Times New Roman" w:hAnsi="Times New Roman"/>
                <w:b/>
              </w:rPr>
              <w:t xml:space="preserve"> UMKM</w:t>
            </w:r>
            <w:r w:rsidR="00EF0B41">
              <w:rPr>
                <w:rFonts w:ascii="Times New Roman" w:hAnsi="Times New Roman"/>
                <w:b/>
              </w:rPr>
              <w:t xml:space="preserve"> LAZISNU</w:t>
            </w:r>
          </w:p>
        </w:tc>
        <w:tc>
          <w:tcPr>
            <w:tcW w:w="288" w:type="dxa"/>
          </w:tcPr>
          <w:p w14:paraId="7C53FBEE" w14:textId="77777777" w:rsidR="003F14EC" w:rsidRDefault="003F14EC">
            <w:pPr>
              <w:spacing w:after="60"/>
            </w:pPr>
          </w:p>
        </w:tc>
        <w:tc>
          <w:tcPr>
            <w:tcW w:w="3312" w:type="dxa"/>
          </w:tcPr>
          <w:p w14:paraId="3CF4C25D" w14:textId="77777777" w:rsidR="003F14EC" w:rsidRDefault="003F14EC">
            <w:pPr>
              <w:spacing w:after="60"/>
            </w:pPr>
          </w:p>
        </w:tc>
      </w:tr>
    </w:tbl>
    <w:p w14:paraId="38CBFD70" w14:textId="77777777" w:rsidR="003F14EC" w:rsidRDefault="003F14EC"/>
    <w:p w14:paraId="04C69007" w14:textId="77777777" w:rsidR="003F14EC" w:rsidRDefault="00000000"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Yth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Habib Ali Hasan Al-Bahar, Lc., M.A.</w:t>
      </w:r>
      <w:r>
        <w:rPr>
          <w:rFonts w:ascii="Times New Roman" w:hAnsi="Times New Roman"/>
          <w:b/>
        </w:rPr>
        <w:br/>
      </w:r>
      <w:proofErr w:type="spellStart"/>
      <w:r>
        <w:rPr>
          <w:rFonts w:ascii="Times New Roman" w:hAnsi="Times New Roman"/>
        </w:rPr>
        <w:t>Ketua</w:t>
      </w:r>
      <w:proofErr w:type="spellEnd"/>
      <w:r>
        <w:rPr>
          <w:rFonts w:ascii="Times New Roman" w:hAnsi="Times New Roman"/>
        </w:rPr>
        <w:t xml:space="preserve"> LAZISNU PBNU</w:t>
      </w:r>
      <w:r>
        <w:rPr>
          <w:rFonts w:ascii="Times New Roman" w:hAnsi="Times New Roman"/>
        </w:rPr>
        <w:br/>
        <w:t xml:space="preserve">di </w:t>
      </w:r>
      <w:proofErr w:type="spellStart"/>
      <w:r>
        <w:rPr>
          <w:rFonts w:ascii="Times New Roman" w:hAnsi="Times New Roman"/>
        </w:rPr>
        <w:t>Tempat</w:t>
      </w:r>
      <w:proofErr w:type="spellEnd"/>
    </w:p>
    <w:p w14:paraId="509003F4" w14:textId="77777777" w:rsidR="003F14EC" w:rsidRDefault="00000000">
      <w:pPr>
        <w:spacing w:after="120"/>
      </w:pPr>
      <w:proofErr w:type="spellStart"/>
      <w:r>
        <w:rPr>
          <w:rFonts w:ascii="Times New Roman" w:hAnsi="Times New Roman"/>
          <w:i/>
        </w:rPr>
        <w:t>Assalamu'alaikum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Warahmatullahi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Wabarakatuh</w:t>
      </w:r>
      <w:proofErr w:type="spellEnd"/>
      <w:r>
        <w:rPr>
          <w:rFonts w:ascii="Times New Roman" w:hAnsi="Times New Roman"/>
          <w:i/>
        </w:rPr>
        <w:t>.</w:t>
      </w:r>
    </w:p>
    <w:p w14:paraId="3FF4964F" w14:textId="72BC9FCD" w:rsidR="003F14EC" w:rsidRDefault="00000000">
      <w:pPr>
        <w:jc w:val="both"/>
      </w:pP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hormat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mengajukan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permohonan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bantuan</w:t>
      </w:r>
      <w:proofErr w:type="spellEnd"/>
      <w:r>
        <w:rPr>
          <w:rFonts w:ascii="Times New Roman" w:hAnsi="Times New Roman"/>
        </w:rPr>
        <w:t xml:space="preserve"> Program </w:t>
      </w:r>
      <w:proofErr w:type="spellStart"/>
      <w:r>
        <w:rPr>
          <w:rFonts w:ascii="Times New Roman" w:hAnsi="Times New Roman"/>
        </w:rPr>
        <w:t>Pemberdayaan</w:t>
      </w:r>
      <w:proofErr w:type="spellEnd"/>
      <w:r>
        <w:rPr>
          <w:rFonts w:ascii="Times New Roman" w:hAnsi="Times New Roman"/>
        </w:rPr>
        <w:t xml:space="preserve"> UMKM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LAZISNU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mendukung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pengembangan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usaha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jalankan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pertimbangan</w:t>
      </w:r>
      <w:proofErr w:type="spellEnd"/>
      <w:r>
        <w:rPr>
          <w:rFonts w:ascii="Times New Roman" w:hAnsi="Times New Roman"/>
        </w:rPr>
        <w:t xml:space="preserve"> Bapak, </w:t>
      </w:r>
      <w:proofErr w:type="spellStart"/>
      <w:r>
        <w:rPr>
          <w:rFonts w:ascii="Times New Roman" w:hAnsi="Times New Roman"/>
        </w:rPr>
        <w:t>berikut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sampaikan</w:t>
      </w:r>
      <w:proofErr w:type="spellEnd"/>
      <w:r>
        <w:rPr>
          <w:rFonts w:ascii="Times New Roman" w:hAnsi="Times New Roman"/>
        </w:rPr>
        <w:t xml:space="preserve"> data </w:t>
      </w:r>
      <w:proofErr w:type="spellStart"/>
      <w:r>
        <w:rPr>
          <w:rFonts w:ascii="Times New Roman" w:hAnsi="Times New Roman"/>
        </w:rPr>
        <w:t>identitas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diri</w:t>
      </w:r>
      <w:proofErr w:type="spellEnd"/>
      <w:r>
        <w:rPr>
          <w:rFonts w:ascii="Times New Roman" w:hAnsi="Times New Roman"/>
        </w:rPr>
        <w:t xml:space="preserve">, data </w:t>
      </w:r>
      <w:proofErr w:type="spellStart"/>
      <w:r>
        <w:rPr>
          <w:rFonts w:ascii="Times New Roman" w:hAnsi="Times New Roman"/>
        </w:rPr>
        <w:t>usaha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kelengkapan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berkas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permohonan</w:t>
      </w:r>
      <w:proofErr w:type="spellEnd"/>
      <w:r>
        <w:rPr>
          <w:rFonts w:ascii="Times New Roman" w:hAnsi="Times New Roman"/>
        </w:rPr>
        <w:t>:</w:t>
      </w:r>
    </w:p>
    <w:p w14:paraId="25373968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t>I. IDENTITAS DIRI PEMOHON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88"/>
        <w:gridCol w:w="5991"/>
      </w:tblGrid>
      <w:tr w:rsidR="003F14EC" w14:paraId="7D74CFDD" w14:textId="77777777">
        <w:trPr>
          <w:jc w:val="center"/>
        </w:trPr>
        <w:tc>
          <w:tcPr>
            <w:tcW w:w="3168" w:type="dxa"/>
          </w:tcPr>
          <w:p w14:paraId="52A2030D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 xml:space="preserve">Nama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288" w:type="dxa"/>
          </w:tcPr>
          <w:p w14:paraId="2C5BF360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5E9461B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03E20BCB" w14:textId="77777777">
        <w:trPr>
          <w:jc w:val="center"/>
        </w:trPr>
        <w:tc>
          <w:tcPr>
            <w:tcW w:w="3168" w:type="dxa"/>
          </w:tcPr>
          <w:p w14:paraId="05574833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NIK (No. KTP)</w:t>
            </w:r>
          </w:p>
        </w:tc>
        <w:tc>
          <w:tcPr>
            <w:tcW w:w="288" w:type="dxa"/>
          </w:tcPr>
          <w:p w14:paraId="00798A33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51B7667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17D85C60" w14:textId="77777777">
        <w:trPr>
          <w:jc w:val="center"/>
        </w:trPr>
        <w:tc>
          <w:tcPr>
            <w:tcW w:w="3168" w:type="dxa"/>
          </w:tcPr>
          <w:p w14:paraId="11EB2AAA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Tempat</w:t>
            </w:r>
            <w:proofErr w:type="spellEnd"/>
            <w:r>
              <w:rPr>
                <w:rFonts w:ascii="Times New Roman" w:hAnsi="Times New Roman"/>
              </w:rPr>
              <w:t>, Tanggal Lahir</w:t>
            </w:r>
          </w:p>
        </w:tc>
        <w:tc>
          <w:tcPr>
            <w:tcW w:w="288" w:type="dxa"/>
          </w:tcPr>
          <w:p w14:paraId="05D06CEA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7EF067B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4A376051" w14:textId="77777777">
        <w:trPr>
          <w:jc w:val="center"/>
        </w:trPr>
        <w:tc>
          <w:tcPr>
            <w:tcW w:w="3168" w:type="dxa"/>
          </w:tcPr>
          <w:p w14:paraId="625C917C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Jenis Kelamin</w:t>
            </w:r>
          </w:p>
        </w:tc>
        <w:tc>
          <w:tcPr>
            <w:tcW w:w="288" w:type="dxa"/>
          </w:tcPr>
          <w:p w14:paraId="14462E3F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6368E573" w14:textId="77777777" w:rsidR="003F14EC" w:rsidRDefault="00000000">
            <w:pPr>
              <w:spacing w:after="80"/>
            </w:pPr>
            <w:proofErr w:type="gramStart"/>
            <w:r>
              <w:rPr>
                <w:rFonts w:ascii="Times New Roman" w:hAnsi="Times New Roman"/>
              </w:rPr>
              <w:t>[  ]</w:t>
            </w:r>
            <w:proofErr w:type="gramEnd"/>
            <w:r>
              <w:rPr>
                <w:rFonts w:ascii="Times New Roman" w:hAnsi="Times New Roman"/>
              </w:rPr>
              <w:t xml:space="preserve"> Laki-</w:t>
            </w:r>
            <w:proofErr w:type="spellStart"/>
            <w:r>
              <w:rPr>
                <w:rFonts w:ascii="Times New Roman" w:hAnsi="Times New Roman"/>
              </w:rPr>
              <w:t>laki</w:t>
            </w:r>
            <w:proofErr w:type="spellEnd"/>
            <w:r>
              <w:rPr>
                <w:rFonts w:ascii="Times New Roman" w:hAnsi="Times New Roman"/>
              </w:rPr>
              <w:t xml:space="preserve">      </w:t>
            </w:r>
            <w:proofErr w:type="gramStart"/>
            <w:r>
              <w:rPr>
                <w:rFonts w:ascii="Times New Roman" w:hAnsi="Times New Roman"/>
              </w:rPr>
              <w:t xml:space="preserve">   [  ]</w:t>
            </w:r>
            <w:proofErr w:type="gramEnd"/>
            <w:r>
              <w:rPr>
                <w:rFonts w:ascii="Times New Roman" w:hAnsi="Times New Roman"/>
              </w:rPr>
              <w:t xml:space="preserve"> Perempuan</w:t>
            </w:r>
          </w:p>
        </w:tc>
      </w:tr>
      <w:tr w:rsidR="003F14EC" w14:paraId="491F1755" w14:textId="77777777">
        <w:trPr>
          <w:jc w:val="center"/>
        </w:trPr>
        <w:tc>
          <w:tcPr>
            <w:tcW w:w="3168" w:type="dxa"/>
          </w:tcPr>
          <w:p w14:paraId="4976E0B6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 xml:space="preserve">Alamat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  <w:r>
              <w:rPr>
                <w:rFonts w:ascii="Times New Roman" w:hAnsi="Times New Roman"/>
              </w:rPr>
              <w:t xml:space="preserve"> KTP</w:t>
            </w:r>
          </w:p>
        </w:tc>
        <w:tc>
          <w:tcPr>
            <w:tcW w:w="288" w:type="dxa"/>
          </w:tcPr>
          <w:p w14:paraId="7097856C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7FE6823B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1BB68A05" w14:textId="77777777">
        <w:trPr>
          <w:jc w:val="center"/>
        </w:trPr>
        <w:tc>
          <w:tcPr>
            <w:tcW w:w="3168" w:type="dxa"/>
          </w:tcPr>
          <w:p w14:paraId="48CEE222" w14:textId="77777777" w:rsidR="003F14EC" w:rsidRDefault="003F14EC">
            <w:pPr>
              <w:spacing w:after="80"/>
            </w:pPr>
          </w:p>
        </w:tc>
        <w:tc>
          <w:tcPr>
            <w:tcW w:w="288" w:type="dxa"/>
          </w:tcPr>
          <w:p w14:paraId="43C60C6A" w14:textId="77777777" w:rsidR="003F14EC" w:rsidRDefault="003F14EC"/>
        </w:tc>
        <w:tc>
          <w:tcPr>
            <w:tcW w:w="5904" w:type="dxa"/>
          </w:tcPr>
          <w:p w14:paraId="1FD72516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06C54993" w14:textId="77777777">
        <w:trPr>
          <w:jc w:val="center"/>
        </w:trPr>
        <w:tc>
          <w:tcPr>
            <w:tcW w:w="3168" w:type="dxa"/>
          </w:tcPr>
          <w:p w14:paraId="44D9B12A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 xml:space="preserve">Status </w:t>
            </w:r>
            <w:proofErr w:type="spellStart"/>
            <w:r>
              <w:rPr>
                <w:rFonts w:ascii="Times New Roman" w:hAnsi="Times New Roman"/>
              </w:rPr>
              <w:t>Pernikahan</w:t>
            </w:r>
            <w:proofErr w:type="spellEnd"/>
          </w:p>
        </w:tc>
        <w:tc>
          <w:tcPr>
            <w:tcW w:w="288" w:type="dxa"/>
          </w:tcPr>
          <w:p w14:paraId="6E6E7FCE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02A0317" w14:textId="77777777" w:rsidR="003F14EC" w:rsidRDefault="00000000">
            <w:pPr>
              <w:spacing w:after="80"/>
            </w:pPr>
            <w:proofErr w:type="gramStart"/>
            <w:r>
              <w:rPr>
                <w:rFonts w:ascii="Times New Roman" w:hAnsi="Times New Roman"/>
              </w:rPr>
              <w:t>[  ]</w:t>
            </w:r>
            <w:proofErr w:type="gramEnd"/>
            <w:r>
              <w:rPr>
                <w:rFonts w:ascii="Times New Roman" w:hAnsi="Times New Roman"/>
              </w:rPr>
              <w:t xml:space="preserve"> Belum Kawin   </w:t>
            </w:r>
            <w:proofErr w:type="gramStart"/>
            <w:r>
              <w:rPr>
                <w:rFonts w:ascii="Times New Roman" w:hAnsi="Times New Roman"/>
              </w:rPr>
              <w:t xml:space="preserve">   [  ]</w:t>
            </w:r>
            <w:proofErr w:type="gramEnd"/>
            <w:r>
              <w:rPr>
                <w:rFonts w:ascii="Times New Roman" w:hAnsi="Times New Roman"/>
              </w:rPr>
              <w:t xml:space="preserve"> Kawin   </w:t>
            </w:r>
            <w:proofErr w:type="gramStart"/>
            <w:r>
              <w:rPr>
                <w:rFonts w:ascii="Times New Roman" w:hAnsi="Times New Roman"/>
              </w:rPr>
              <w:t xml:space="preserve">   [  ]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Cerai</w:t>
            </w:r>
            <w:proofErr w:type="spellEnd"/>
            <w:r>
              <w:rPr>
                <w:rFonts w:ascii="Times New Roman" w:hAnsi="Times New Roman"/>
              </w:rPr>
              <w:t xml:space="preserve"> Hidup/Mati</w:t>
            </w:r>
          </w:p>
        </w:tc>
      </w:tr>
      <w:tr w:rsidR="003F14EC" w14:paraId="66C3B052" w14:textId="77777777">
        <w:trPr>
          <w:jc w:val="center"/>
        </w:trPr>
        <w:tc>
          <w:tcPr>
            <w:tcW w:w="3168" w:type="dxa"/>
          </w:tcPr>
          <w:p w14:paraId="59A43310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Pekerjaan</w:t>
            </w:r>
            <w:proofErr w:type="spellEnd"/>
            <w:r>
              <w:rPr>
                <w:rFonts w:ascii="Times New Roman" w:hAnsi="Times New Roman"/>
              </w:rPr>
              <w:t xml:space="preserve"> Saat Ini</w:t>
            </w:r>
          </w:p>
        </w:tc>
        <w:tc>
          <w:tcPr>
            <w:tcW w:w="288" w:type="dxa"/>
          </w:tcPr>
          <w:p w14:paraId="0B47E287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5FCA163B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3A2A37E2" w14:textId="77777777">
        <w:trPr>
          <w:jc w:val="center"/>
        </w:trPr>
        <w:tc>
          <w:tcPr>
            <w:tcW w:w="3168" w:type="dxa"/>
          </w:tcPr>
          <w:p w14:paraId="7C50204A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Nomor</w:t>
            </w:r>
            <w:proofErr w:type="spellEnd"/>
            <w:r>
              <w:rPr>
                <w:rFonts w:ascii="Times New Roman" w:hAnsi="Times New Roman"/>
              </w:rPr>
              <w:t xml:space="preserve"> HP / WhatsApp</w:t>
            </w:r>
          </w:p>
        </w:tc>
        <w:tc>
          <w:tcPr>
            <w:tcW w:w="288" w:type="dxa"/>
          </w:tcPr>
          <w:p w14:paraId="28F3A34E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5CCBAE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31CFEEFD" w14:textId="77777777">
        <w:trPr>
          <w:jc w:val="center"/>
        </w:trPr>
        <w:tc>
          <w:tcPr>
            <w:tcW w:w="3168" w:type="dxa"/>
          </w:tcPr>
          <w:p w14:paraId="00AEB365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Tanggungan </w:t>
            </w:r>
            <w:proofErr w:type="spellStart"/>
            <w:r>
              <w:rPr>
                <w:rFonts w:ascii="Times New Roman" w:hAnsi="Times New Roman"/>
              </w:rPr>
              <w:t>Keluarga</w:t>
            </w:r>
            <w:proofErr w:type="spellEnd"/>
          </w:p>
        </w:tc>
        <w:tc>
          <w:tcPr>
            <w:tcW w:w="288" w:type="dxa"/>
          </w:tcPr>
          <w:p w14:paraId="4924D87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590747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 orang</w:t>
            </w:r>
          </w:p>
        </w:tc>
      </w:tr>
    </w:tbl>
    <w:p w14:paraId="111034E2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t>II. PROFIL DAN DATA USAHA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88"/>
        <w:gridCol w:w="5991"/>
      </w:tblGrid>
      <w:tr w:rsidR="003F14EC" w14:paraId="7EF90576" w14:textId="77777777">
        <w:trPr>
          <w:jc w:val="center"/>
        </w:trPr>
        <w:tc>
          <w:tcPr>
            <w:tcW w:w="3168" w:type="dxa"/>
          </w:tcPr>
          <w:p w14:paraId="35C974D4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Nama Usaha</w:t>
            </w:r>
          </w:p>
        </w:tc>
        <w:tc>
          <w:tcPr>
            <w:tcW w:w="288" w:type="dxa"/>
          </w:tcPr>
          <w:p w14:paraId="0C93C1BC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1B7BFF2C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6C692734" w14:textId="77777777">
        <w:trPr>
          <w:jc w:val="center"/>
        </w:trPr>
        <w:tc>
          <w:tcPr>
            <w:tcW w:w="3168" w:type="dxa"/>
          </w:tcPr>
          <w:p w14:paraId="32536ED6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Jenis Usaha</w:t>
            </w:r>
          </w:p>
        </w:tc>
        <w:tc>
          <w:tcPr>
            <w:tcW w:w="288" w:type="dxa"/>
          </w:tcPr>
          <w:p w14:paraId="45CFE208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531F2206" w14:textId="5D5303CF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 (</w:t>
            </w:r>
            <w:proofErr w:type="spellStart"/>
            <w:r>
              <w:rPr>
                <w:rFonts w:ascii="Times New Roman" w:hAnsi="Times New Roman"/>
                <w:color w:val="646464"/>
              </w:rPr>
              <w:t>Contoh</w:t>
            </w:r>
            <w:proofErr w:type="spellEnd"/>
            <w:r>
              <w:rPr>
                <w:rFonts w:ascii="Times New Roman" w:hAnsi="Times New Roman"/>
                <w:color w:val="64646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646464"/>
              </w:rPr>
              <w:t>Kuliner</w:t>
            </w:r>
            <w:proofErr w:type="spellEnd"/>
            <w:r>
              <w:rPr>
                <w:rFonts w:ascii="Times New Roman" w:hAnsi="Times New Roman"/>
                <w:color w:val="646464"/>
              </w:rPr>
              <w:t>)</w:t>
            </w:r>
          </w:p>
        </w:tc>
      </w:tr>
      <w:tr w:rsidR="003F14EC" w14:paraId="11DB7482" w14:textId="77777777">
        <w:trPr>
          <w:jc w:val="center"/>
        </w:trPr>
        <w:tc>
          <w:tcPr>
            <w:tcW w:w="3168" w:type="dxa"/>
          </w:tcPr>
          <w:p w14:paraId="1911ECBB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Bidang</w:t>
            </w:r>
            <w:proofErr w:type="spellEnd"/>
            <w:r>
              <w:rPr>
                <w:rFonts w:ascii="Times New Roman" w:hAnsi="Times New Roman"/>
              </w:rPr>
              <w:t xml:space="preserve"> Usaha</w:t>
            </w:r>
          </w:p>
        </w:tc>
        <w:tc>
          <w:tcPr>
            <w:tcW w:w="288" w:type="dxa"/>
          </w:tcPr>
          <w:p w14:paraId="5FB378B4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032A8921" w14:textId="201B71F9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 (</w:t>
            </w:r>
            <w:proofErr w:type="spellStart"/>
            <w:r>
              <w:rPr>
                <w:rFonts w:ascii="Times New Roman" w:hAnsi="Times New Roman"/>
                <w:color w:val="646464"/>
              </w:rPr>
              <w:t>Contoh</w:t>
            </w:r>
            <w:proofErr w:type="spellEnd"/>
            <w:r>
              <w:rPr>
                <w:rFonts w:ascii="Times New Roman" w:hAnsi="Times New Roman"/>
                <w:color w:val="64646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646464"/>
              </w:rPr>
              <w:t>Warung</w:t>
            </w:r>
            <w:proofErr w:type="spellEnd"/>
            <w:r>
              <w:rPr>
                <w:rFonts w:ascii="Times New Roman" w:hAnsi="Times New Roman"/>
                <w:color w:val="646464"/>
              </w:rPr>
              <w:t xml:space="preserve"> Nasi)</w:t>
            </w:r>
          </w:p>
        </w:tc>
      </w:tr>
      <w:tr w:rsidR="003F14EC" w14:paraId="654DD2BA" w14:textId="77777777">
        <w:trPr>
          <w:jc w:val="center"/>
        </w:trPr>
        <w:tc>
          <w:tcPr>
            <w:tcW w:w="3168" w:type="dxa"/>
          </w:tcPr>
          <w:p w14:paraId="2B115794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 xml:space="preserve">Alamat </w:t>
            </w:r>
            <w:proofErr w:type="spellStart"/>
            <w:r>
              <w:rPr>
                <w:rFonts w:ascii="Times New Roman" w:hAnsi="Times New Roman"/>
              </w:rPr>
              <w:t>Tempat</w:t>
            </w:r>
            <w:proofErr w:type="spellEnd"/>
            <w:r>
              <w:rPr>
                <w:rFonts w:ascii="Times New Roman" w:hAnsi="Times New Roman"/>
              </w:rPr>
              <w:t xml:space="preserve"> Usaha</w:t>
            </w:r>
          </w:p>
        </w:tc>
        <w:tc>
          <w:tcPr>
            <w:tcW w:w="288" w:type="dxa"/>
          </w:tcPr>
          <w:p w14:paraId="535983A9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C1CBB65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.........................................................................................................</w:t>
            </w:r>
          </w:p>
        </w:tc>
      </w:tr>
      <w:tr w:rsidR="003F14EC" w14:paraId="11C49956" w14:textId="77777777">
        <w:trPr>
          <w:jc w:val="center"/>
        </w:trPr>
        <w:tc>
          <w:tcPr>
            <w:tcW w:w="3168" w:type="dxa"/>
          </w:tcPr>
          <w:p w14:paraId="759A1CE2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 xml:space="preserve">Lama Usaha </w:t>
            </w:r>
            <w:proofErr w:type="spellStart"/>
            <w:r>
              <w:rPr>
                <w:rFonts w:ascii="Times New Roman" w:hAnsi="Times New Roman"/>
              </w:rPr>
              <w:t>Berjalan</w:t>
            </w:r>
            <w:proofErr w:type="spellEnd"/>
          </w:p>
        </w:tc>
        <w:tc>
          <w:tcPr>
            <w:tcW w:w="288" w:type="dxa"/>
          </w:tcPr>
          <w:p w14:paraId="3452F8D9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6E21624A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 xml:space="preserve">............................................ </w:t>
            </w:r>
            <w:proofErr w:type="spellStart"/>
            <w:r>
              <w:rPr>
                <w:rFonts w:ascii="Times New Roman" w:hAnsi="Times New Roman"/>
                <w:color w:val="646464"/>
              </w:rPr>
              <w:t>Tahun</w:t>
            </w:r>
            <w:proofErr w:type="spellEnd"/>
            <w:r>
              <w:rPr>
                <w:rFonts w:ascii="Times New Roman" w:hAnsi="Times New Roman"/>
                <w:color w:val="646464"/>
              </w:rPr>
              <w:t xml:space="preserve"> / Bulan</w:t>
            </w:r>
          </w:p>
        </w:tc>
      </w:tr>
      <w:tr w:rsidR="003F14EC" w14:paraId="5456AC18" w14:textId="77777777">
        <w:trPr>
          <w:jc w:val="center"/>
        </w:trPr>
        <w:tc>
          <w:tcPr>
            <w:tcW w:w="3168" w:type="dxa"/>
          </w:tcPr>
          <w:p w14:paraId="3E3B33D0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Omzet</w:t>
            </w:r>
            <w:proofErr w:type="spellEnd"/>
            <w:r>
              <w:rPr>
                <w:rFonts w:ascii="Times New Roman" w:hAnsi="Times New Roman"/>
              </w:rPr>
              <w:t xml:space="preserve"> per Bulan</w:t>
            </w:r>
          </w:p>
        </w:tc>
        <w:tc>
          <w:tcPr>
            <w:tcW w:w="288" w:type="dxa"/>
          </w:tcPr>
          <w:p w14:paraId="003F758D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1D8D6489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Rp ......................................................................</w:t>
            </w:r>
          </w:p>
        </w:tc>
      </w:tr>
      <w:tr w:rsidR="003F14EC" w14:paraId="2F21A621" w14:textId="77777777">
        <w:trPr>
          <w:jc w:val="center"/>
        </w:trPr>
        <w:tc>
          <w:tcPr>
            <w:tcW w:w="3168" w:type="dxa"/>
          </w:tcPr>
          <w:p w14:paraId="1C14F228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Keuntungan</w:t>
            </w:r>
            <w:proofErr w:type="spellEnd"/>
            <w:r>
              <w:rPr>
                <w:rFonts w:ascii="Times New Roman" w:hAnsi="Times New Roman"/>
              </w:rPr>
              <w:t xml:space="preserve"> (Netto) / Bulan</w:t>
            </w:r>
          </w:p>
        </w:tc>
        <w:tc>
          <w:tcPr>
            <w:tcW w:w="288" w:type="dxa"/>
          </w:tcPr>
          <w:p w14:paraId="6A9AAF69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4B4848E7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Rp ......................................................................</w:t>
            </w:r>
          </w:p>
        </w:tc>
      </w:tr>
      <w:tr w:rsidR="003F14EC" w14:paraId="5EB64C72" w14:textId="77777777">
        <w:trPr>
          <w:jc w:val="center"/>
        </w:trPr>
        <w:tc>
          <w:tcPr>
            <w:tcW w:w="3168" w:type="dxa"/>
          </w:tcPr>
          <w:p w14:paraId="38EEFC28" w14:textId="48E15CC4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Karyawan</w:t>
            </w:r>
            <w:r w:rsidR="00EF0B41">
              <w:rPr>
                <w:rFonts w:ascii="Times New Roman" w:hAnsi="Times New Roman"/>
              </w:rPr>
              <w:t xml:space="preserve"> (Jika Ada)</w:t>
            </w:r>
          </w:p>
        </w:tc>
        <w:tc>
          <w:tcPr>
            <w:tcW w:w="288" w:type="dxa"/>
          </w:tcPr>
          <w:p w14:paraId="434C5EE7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63E18B9F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  <w:color w:val="646464"/>
              </w:rPr>
              <w:t>............................................ orang</w:t>
            </w:r>
          </w:p>
        </w:tc>
      </w:tr>
      <w:tr w:rsidR="003F14EC" w14:paraId="10463A40" w14:textId="77777777">
        <w:trPr>
          <w:jc w:val="center"/>
        </w:trPr>
        <w:tc>
          <w:tcPr>
            <w:tcW w:w="3168" w:type="dxa"/>
          </w:tcPr>
          <w:p w14:paraId="129F8AA8" w14:textId="77777777" w:rsidR="003F14EC" w:rsidRDefault="00000000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Kepemilikan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Tempat</w:t>
            </w:r>
            <w:proofErr w:type="spellEnd"/>
            <w:r>
              <w:rPr>
                <w:rFonts w:ascii="Times New Roman" w:hAnsi="Times New Roman"/>
              </w:rPr>
              <w:t xml:space="preserve"> Usaha</w:t>
            </w:r>
          </w:p>
        </w:tc>
        <w:tc>
          <w:tcPr>
            <w:tcW w:w="288" w:type="dxa"/>
          </w:tcPr>
          <w:p w14:paraId="0D970F53" w14:textId="77777777" w:rsidR="003F14EC" w:rsidRDefault="00000000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773390C8" w14:textId="77777777" w:rsidR="003F14EC" w:rsidRDefault="00000000">
            <w:pPr>
              <w:spacing w:after="80"/>
            </w:pPr>
            <w:proofErr w:type="gramStart"/>
            <w:r>
              <w:rPr>
                <w:rFonts w:ascii="Times New Roman" w:hAnsi="Times New Roman"/>
              </w:rPr>
              <w:t>[  ]</w:t>
            </w:r>
            <w:proofErr w:type="gramEnd"/>
            <w:r>
              <w:rPr>
                <w:rFonts w:ascii="Times New Roman" w:hAnsi="Times New Roman"/>
              </w:rPr>
              <w:t xml:space="preserve"> Milik </w:t>
            </w:r>
            <w:proofErr w:type="spellStart"/>
            <w:r>
              <w:rPr>
                <w:rFonts w:ascii="Times New Roman" w:hAnsi="Times New Roman"/>
              </w:rPr>
              <w:t>Sendiri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  <w:proofErr w:type="gramStart"/>
            <w:r>
              <w:rPr>
                <w:rFonts w:ascii="Times New Roman" w:hAnsi="Times New Roman"/>
              </w:rPr>
              <w:t xml:space="preserve">   [  ]</w:t>
            </w:r>
            <w:proofErr w:type="gramEnd"/>
            <w:r>
              <w:rPr>
                <w:rFonts w:ascii="Times New Roman" w:hAnsi="Times New Roman"/>
              </w:rPr>
              <w:t xml:space="preserve"> Sewa/</w:t>
            </w:r>
            <w:proofErr w:type="spellStart"/>
            <w:r>
              <w:rPr>
                <w:rFonts w:ascii="Times New Roman" w:hAnsi="Times New Roman"/>
              </w:rPr>
              <w:t>Kontrak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  <w:proofErr w:type="gramStart"/>
            <w:r>
              <w:rPr>
                <w:rFonts w:ascii="Times New Roman" w:hAnsi="Times New Roman"/>
              </w:rPr>
              <w:t xml:space="preserve">   [  ]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Menumpang</w:t>
            </w:r>
            <w:proofErr w:type="spellEnd"/>
          </w:p>
        </w:tc>
      </w:tr>
    </w:tbl>
    <w:p w14:paraId="71356ACF" w14:textId="77777777" w:rsidR="003F14EC" w:rsidRDefault="00000000">
      <w:r>
        <w:br w:type="page"/>
      </w:r>
    </w:p>
    <w:p w14:paraId="294F84EE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lastRenderedPageBreak/>
        <w:t>III. JENIS BANTUAN YANG DIAJUKAN</w:t>
      </w:r>
    </w:p>
    <w:p w14:paraId="4ED439C6" w14:textId="1FF46D32" w:rsidR="00F708AE" w:rsidRPr="00F708AE" w:rsidRDefault="00EF0B41" w:rsidP="00F708AE">
      <w:pPr>
        <w:pStyle w:val="ListParagraph"/>
        <w:numPr>
          <w:ilvl w:val="0"/>
          <w:numId w:val="10"/>
        </w:numPr>
        <w:spacing w:after="120"/>
        <w:ind w:left="709"/>
      </w:pPr>
      <w:proofErr w:type="spellStart"/>
      <w:r>
        <w:rPr>
          <w:rFonts w:ascii="Times New Roman" w:hAnsi="Times New Roman"/>
        </w:rPr>
        <w:t>Bantuan</w:t>
      </w:r>
      <w:proofErr w:type="spellEnd"/>
      <w:r w:rsidRPr="00EF0B4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Peralatan</w:t>
      </w:r>
      <w:proofErr w:type="spellEnd"/>
      <w:r>
        <w:rPr>
          <w:rFonts w:ascii="Times New Roman" w:hAnsi="Times New Roman"/>
        </w:rPr>
        <w:t xml:space="preserve"> Usaha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542"/>
        <w:gridCol w:w="3256"/>
        <w:gridCol w:w="993"/>
        <w:gridCol w:w="2124"/>
        <w:gridCol w:w="2528"/>
      </w:tblGrid>
      <w:tr w:rsidR="00F708AE" w14:paraId="14BC925D" w14:textId="77777777" w:rsidTr="00F708AE">
        <w:tc>
          <w:tcPr>
            <w:tcW w:w="542" w:type="dxa"/>
            <w:shd w:val="clear" w:color="auto" w:fill="C2D69B" w:themeFill="accent3" w:themeFillTint="99"/>
            <w:vAlign w:val="center"/>
          </w:tcPr>
          <w:p w14:paraId="767D8461" w14:textId="513E72E1" w:rsidR="00F708AE" w:rsidRPr="00F708AE" w:rsidRDefault="00F708AE" w:rsidP="00F708AE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No.</w:t>
            </w:r>
          </w:p>
        </w:tc>
        <w:tc>
          <w:tcPr>
            <w:tcW w:w="3256" w:type="dxa"/>
            <w:shd w:val="clear" w:color="auto" w:fill="C2D69B" w:themeFill="accent3" w:themeFillTint="99"/>
            <w:vAlign w:val="center"/>
          </w:tcPr>
          <w:p w14:paraId="484C6829" w14:textId="30788C18" w:rsidR="00F708AE" w:rsidRPr="00F708AE" w:rsidRDefault="00F708AE" w:rsidP="00F708AE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proofErr w:type="spellStart"/>
            <w:r w:rsidRPr="00F708AE">
              <w:rPr>
                <w:b/>
                <w:bCs/>
              </w:rPr>
              <w:t>Peralatan</w:t>
            </w:r>
            <w:proofErr w:type="spellEnd"/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14:paraId="3644CE87" w14:textId="03E2EC6F" w:rsidR="00F708AE" w:rsidRPr="00F708AE" w:rsidRDefault="00F708AE" w:rsidP="00F708AE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Qty</w:t>
            </w:r>
          </w:p>
        </w:tc>
        <w:tc>
          <w:tcPr>
            <w:tcW w:w="2124" w:type="dxa"/>
            <w:shd w:val="clear" w:color="auto" w:fill="C2D69B" w:themeFill="accent3" w:themeFillTint="99"/>
            <w:vAlign w:val="center"/>
          </w:tcPr>
          <w:p w14:paraId="08B3DE86" w14:textId="23B50690" w:rsidR="00F708AE" w:rsidRPr="00F708AE" w:rsidRDefault="00F708AE" w:rsidP="00F708AE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 xml:space="preserve">Harga </w:t>
            </w:r>
            <w:proofErr w:type="spellStart"/>
            <w:r w:rsidRPr="00F708AE">
              <w:rPr>
                <w:b/>
                <w:bCs/>
              </w:rPr>
              <w:t>Satuan</w:t>
            </w:r>
            <w:proofErr w:type="spellEnd"/>
            <w:r w:rsidRPr="00F708AE">
              <w:rPr>
                <w:b/>
                <w:bCs/>
              </w:rPr>
              <w:t xml:space="preserve"> (Rp.)</w:t>
            </w:r>
          </w:p>
        </w:tc>
        <w:tc>
          <w:tcPr>
            <w:tcW w:w="2528" w:type="dxa"/>
            <w:shd w:val="clear" w:color="auto" w:fill="C2D69B" w:themeFill="accent3" w:themeFillTint="99"/>
            <w:vAlign w:val="center"/>
          </w:tcPr>
          <w:p w14:paraId="776C671C" w14:textId="754A2B3E" w:rsidR="00F708AE" w:rsidRPr="00F708AE" w:rsidRDefault="00F708AE" w:rsidP="00F708AE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proofErr w:type="spellStart"/>
            <w:r w:rsidRPr="00F708AE">
              <w:rPr>
                <w:b/>
                <w:bCs/>
              </w:rPr>
              <w:t>Jumlah</w:t>
            </w:r>
            <w:proofErr w:type="spellEnd"/>
            <w:r w:rsidRPr="00F708AE">
              <w:rPr>
                <w:b/>
                <w:bCs/>
              </w:rPr>
              <w:t xml:space="preserve"> (Rp.)</w:t>
            </w:r>
          </w:p>
        </w:tc>
      </w:tr>
      <w:tr w:rsidR="00F708AE" w14:paraId="08120FFE" w14:textId="77777777" w:rsidTr="002E428C">
        <w:tc>
          <w:tcPr>
            <w:tcW w:w="542" w:type="dxa"/>
            <w:vAlign w:val="center"/>
          </w:tcPr>
          <w:p w14:paraId="2147B08F" w14:textId="4B8D681A" w:rsidR="00F708AE" w:rsidRDefault="00F708AE" w:rsidP="002E428C">
            <w:pPr>
              <w:pStyle w:val="ListParagraph"/>
              <w:spacing w:after="120"/>
              <w:ind w:left="0"/>
              <w:jc w:val="center"/>
            </w:pPr>
            <w:r>
              <w:t>1.</w:t>
            </w:r>
          </w:p>
        </w:tc>
        <w:tc>
          <w:tcPr>
            <w:tcW w:w="3256" w:type="dxa"/>
            <w:vAlign w:val="center"/>
          </w:tcPr>
          <w:p w14:paraId="564D2F52" w14:textId="723D0C3A" w:rsidR="00F708AE" w:rsidRDefault="00F708AE" w:rsidP="00F708AE">
            <w:pPr>
              <w:pStyle w:val="ListParagraph"/>
              <w:spacing w:after="120"/>
              <w:ind w:left="0"/>
            </w:pPr>
          </w:p>
        </w:tc>
        <w:tc>
          <w:tcPr>
            <w:tcW w:w="993" w:type="dxa"/>
            <w:vAlign w:val="center"/>
          </w:tcPr>
          <w:p w14:paraId="6A1D40AB" w14:textId="550D1720" w:rsidR="00F708AE" w:rsidRDefault="00F708AE" w:rsidP="00F708AE">
            <w:pPr>
              <w:pStyle w:val="ListParagraph"/>
              <w:spacing w:after="120"/>
              <w:ind w:left="0"/>
              <w:jc w:val="center"/>
            </w:pPr>
          </w:p>
        </w:tc>
        <w:tc>
          <w:tcPr>
            <w:tcW w:w="2124" w:type="dxa"/>
            <w:vAlign w:val="center"/>
          </w:tcPr>
          <w:p w14:paraId="7F46BED4" w14:textId="48E0042D" w:rsidR="00F708AE" w:rsidRDefault="00F708AE" w:rsidP="00F708AE">
            <w:pPr>
              <w:pStyle w:val="ListParagraph"/>
              <w:spacing w:after="120"/>
              <w:ind w:left="0"/>
              <w:jc w:val="right"/>
            </w:pPr>
          </w:p>
        </w:tc>
        <w:tc>
          <w:tcPr>
            <w:tcW w:w="2528" w:type="dxa"/>
            <w:vAlign w:val="center"/>
          </w:tcPr>
          <w:p w14:paraId="5813BBA2" w14:textId="4500C05A" w:rsidR="00F708AE" w:rsidRDefault="00F708AE" w:rsidP="00F708AE">
            <w:pPr>
              <w:pStyle w:val="ListParagraph"/>
              <w:spacing w:after="120"/>
              <w:ind w:left="0"/>
              <w:jc w:val="right"/>
            </w:pPr>
          </w:p>
        </w:tc>
      </w:tr>
      <w:tr w:rsidR="002E428C" w14:paraId="419E614C" w14:textId="77777777" w:rsidTr="00846CB1">
        <w:tc>
          <w:tcPr>
            <w:tcW w:w="542" w:type="dxa"/>
            <w:vAlign w:val="center"/>
          </w:tcPr>
          <w:p w14:paraId="37FC4A75" w14:textId="7F0DD49A" w:rsidR="002E428C" w:rsidRDefault="002E428C" w:rsidP="002E428C">
            <w:pPr>
              <w:pStyle w:val="ListParagraph"/>
              <w:spacing w:after="120"/>
              <w:ind w:left="0"/>
              <w:jc w:val="center"/>
            </w:pPr>
            <w:r>
              <w:t>2.</w:t>
            </w:r>
          </w:p>
        </w:tc>
        <w:tc>
          <w:tcPr>
            <w:tcW w:w="3256" w:type="dxa"/>
            <w:vAlign w:val="center"/>
          </w:tcPr>
          <w:p w14:paraId="64C13368" w14:textId="609C0FAC" w:rsidR="002E428C" w:rsidRPr="002E428C" w:rsidRDefault="002E428C" w:rsidP="002E428C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62DE12DE" w14:textId="35A045A1" w:rsidR="002E428C" w:rsidRPr="002E428C" w:rsidRDefault="002E428C" w:rsidP="002E428C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center"/>
          </w:tcPr>
          <w:p w14:paraId="7C86B2AD" w14:textId="5E09B637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center"/>
          </w:tcPr>
          <w:p w14:paraId="5681837E" w14:textId="2B0AF29A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2E428C" w14:paraId="3B1C9494" w14:textId="77777777" w:rsidTr="002E428C">
        <w:tc>
          <w:tcPr>
            <w:tcW w:w="542" w:type="dxa"/>
            <w:vAlign w:val="center"/>
          </w:tcPr>
          <w:p w14:paraId="6013094D" w14:textId="50A2160D" w:rsidR="002E428C" w:rsidRDefault="002E428C" w:rsidP="002E428C">
            <w:pPr>
              <w:pStyle w:val="ListParagraph"/>
              <w:spacing w:after="120"/>
              <w:ind w:left="0"/>
              <w:jc w:val="center"/>
            </w:pPr>
            <w:r>
              <w:t>3.</w:t>
            </w:r>
          </w:p>
        </w:tc>
        <w:tc>
          <w:tcPr>
            <w:tcW w:w="3256" w:type="dxa"/>
          </w:tcPr>
          <w:p w14:paraId="5558B972" w14:textId="3D3925D4" w:rsidR="002E428C" w:rsidRPr="002E428C" w:rsidRDefault="002E428C" w:rsidP="002E428C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47CF2886" w14:textId="27994001" w:rsidR="002E428C" w:rsidRPr="002E428C" w:rsidRDefault="002E428C" w:rsidP="002E428C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center"/>
          </w:tcPr>
          <w:p w14:paraId="71527BE9" w14:textId="7856737B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center"/>
          </w:tcPr>
          <w:p w14:paraId="046894AE" w14:textId="5E121FAF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2E428C" w14:paraId="666EA7F8" w14:textId="77777777" w:rsidTr="002E428C">
        <w:tc>
          <w:tcPr>
            <w:tcW w:w="542" w:type="dxa"/>
            <w:vAlign w:val="center"/>
          </w:tcPr>
          <w:p w14:paraId="527CC28A" w14:textId="7534BF2B" w:rsidR="002E428C" w:rsidRDefault="002E428C" w:rsidP="002E428C">
            <w:pPr>
              <w:pStyle w:val="ListParagraph"/>
              <w:spacing w:after="120"/>
              <w:ind w:left="0"/>
              <w:jc w:val="center"/>
            </w:pPr>
            <w:r>
              <w:t>4.</w:t>
            </w:r>
          </w:p>
        </w:tc>
        <w:tc>
          <w:tcPr>
            <w:tcW w:w="3256" w:type="dxa"/>
          </w:tcPr>
          <w:p w14:paraId="173FFAA2" w14:textId="083E8345" w:rsidR="002E428C" w:rsidRPr="002E428C" w:rsidRDefault="002E428C" w:rsidP="002E428C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0C7ECBCE" w14:textId="1461D53F" w:rsidR="002E428C" w:rsidRPr="002E428C" w:rsidRDefault="002E428C" w:rsidP="002E428C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center"/>
          </w:tcPr>
          <w:p w14:paraId="775D6517" w14:textId="7628C02F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center"/>
          </w:tcPr>
          <w:p w14:paraId="54FC1997" w14:textId="546D0A16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2E428C" w14:paraId="775A589C" w14:textId="77777777" w:rsidTr="002E428C">
        <w:tc>
          <w:tcPr>
            <w:tcW w:w="542" w:type="dxa"/>
            <w:vAlign w:val="center"/>
          </w:tcPr>
          <w:p w14:paraId="471CE2AC" w14:textId="0396DBA5" w:rsidR="002E428C" w:rsidRDefault="002E428C" w:rsidP="002E428C">
            <w:pPr>
              <w:pStyle w:val="ListParagraph"/>
              <w:spacing w:after="120"/>
              <w:ind w:left="0"/>
              <w:jc w:val="center"/>
            </w:pPr>
            <w:r>
              <w:t>5.</w:t>
            </w:r>
          </w:p>
        </w:tc>
        <w:tc>
          <w:tcPr>
            <w:tcW w:w="3256" w:type="dxa"/>
          </w:tcPr>
          <w:p w14:paraId="3A30C018" w14:textId="5B900C4A" w:rsidR="002E428C" w:rsidRPr="002E428C" w:rsidRDefault="002E428C" w:rsidP="002E428C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7B4629DD" w14:textId="42E4B8BD" w:rsidR="002E428C" w:rsidRPr="002E428C" w:rsidRDefault="002E428C" w:rsidP="002E428C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center"/>
          </w:tcPr>
          <w:p w14:paraId="4DC0F89F" w14:textId="391056F5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center"/>
          </w:tcPr>
          <w:p w14:paraId="7F0ED6FB" w14:textId="613E9614" w:rsidR="002E428C" w:rsidRPr="002E428C" w:rsidRDefault="002E428C" w:rsidP="002E428C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2E428C" w14:paraId="464FD029" w14:textId="77777777" w:rsidTr="00F708AE">
        <w:tc>
          <w:tcPr>
            <w:tcW w:w="6915" w:type="dxa"/>
            <w:gridSpan w:val="4"/>
            <w:vAlign w:val="center"/>
          </w:tcPr>
          <w:p w14:paraId="515DA951" w14:textId="2C85CD79" w:rsidR="002E428C" w:rsidRPr="00F708AE" w:rsidRDefault="002E428C" w:rsidP="002E428C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Total</w:t>
            </w:r>
          </w:p>
        </w:tc>
        <w:tc>
          <w:tcPr>
            <w:tcW w:w="2528" w:type="dxa"/>
          </w:tcPr>
          <w:p w14:paraId="113556CE" w14:textId="403466B9" w:rsidR="002E428C" w:rsidRPr="00F708AE" w:rsidRDefault="002E428C" w:rsidP="002E428C">
            <w:pPr>
              <w:pStyle w:val="ListParagraph"/>
              <w:spacing w:after="120"/>
              <w:ind w:left="0"/>
              <w:jc w:val="right"/>
              <w:rPr>
                <w:b/>
                <w:bCs/>
              </w:rPr>
            </w:pPr>
          </w:p>
        </w:tc>
      </w:tr>
    </w:tbl>
    <w:p w14:paraId="6529F10D" w14:textId="77777777" w:rsidR="00F708AE" w:rsidRPr="00EF0B41" w:rsidRDefault="00F708AE" w:rsidP="00F708AE">
      <w:pPr>
        <w:pStyle w:val="ListParagraph"/>
        <w:spacing w:after="120"/>
        <w:ind w:left="709"/>
      </w:pPr>
    </w:p>
    <w:p w14:paraId="6728A35C" w14:textId="47946D3F" w:rsidR="00EF0B41" w:rsidRPr="002E428C" w:rsidRDefault="00EF0B41" w:rsidP="00EF0B41">
      <w:pPr>
        <w:pStyle w:val="ListParagraph"/>
        <w:numPr>
          <w:ilvl w:val="0"/>
          <w:numId w:val="10"/>
        </w:numPr>
        <w:spacing w:after="120"/>
        <w:ind w:left="709"/>
      </w:pPr>
      <w:proofErr w:type="spellStart"/>
      <w:r>
        <w:rPr>
          <w:rFonts w:ascii="Times New Roman" w:hAnsi="Times New Roman"/>
        </w:rPr>
        <w:t>Bantuan</w:t>
      </w:r>
      <w:proofErr w:type="spellEnd"/>
      <w:r>
        <w:rPr>
          <w:rFonts w:ascii="Times New Roman" w:hAnsi="Times New Roman"/>
        </w:rPr>
        <w:t xml:space="preserve"> Modal Usaha</w:t>
      </w:r>
      <w:r w:rsidR="00F708AE">
        <w:rPr>
          <w:rFonts w:ascii="Times New Roman" w:hAnsi="Times New Roman"/>
        </w:rPr>
        <w:t xml:space="preserve"> / </w:t>
      </w:r>
      <w:r>
        <w:rPr>
          <w:rFonts w:ascii="Times New Roman" w:hAnsi="Times New Roman"/>
        </w:rPr>
        <w:t>Bahan Baku</w:t>
      </w:r>
      <w:r w:rsidR="00F708AE">
        <w:rPr>
          <w:rFonts w:ascii="Times New Roman" w:hAnsi="Times New Roman"/>
        </w:rPr>
        <w:t>.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542"/>
        <w:gridCol w:w="3256"/>
        <w:gridCol w:w="993"/>
        <w:gridCol w:w="2124"/>
        <w:gridCol w:w="2528"/>
      </w:tblGrid>
      <w:tr w:rsidR="002E428C" w14:paraId="6B2B0108" w14:textId="77777777" w:rsidTr="004378C7">
        <w:tc>
          <w:tcPr>
            <w:tcW w:w="542" w:type="dxa"/>
            <w:shd w:val="clear" w:color="auto" w:fill="C2D69B" w:themeFill="accent3" w:themeFillTint="99"/>
            <w:vAlign w:val="center"/>
          </w:tcPr>
          <w:p w14:paraId="1E93D4F8" w14:textId="77777777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No.</w:t>
            </w:r>
          </w:p>
        </w:tc>
        <w:tc>
          <w:tcPr>
            <w:tcW w:w="3256" w:type="dxa"/>
            <w:shd w:val="clear" w:color="auto" w:fill="C2D69B" w:themeFill="accent3" w:themeFillTint="99"/>
            <w:vAlign w:val="center"/>
          </w:tcPr>
          <w:p w14:paraId="285DF414" w14:textId="23262EBD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Bahan Baku</w:t>
            </w:r>
          </w:p>
        </w:tc>
        <w:tc>
          <w:tcPr>
            <w:tcW w:w="993" w:type="dxa"/>
            <w:shd w:val="clear" w:color="auto" w:fill="C2D69B" w:themeFill="accent3" w:themeFillTint="99"/>
            <w:vAlign w:val="center"/>
          </w:tcPr>
          <w:p w14:paraId="37696FC5" w14:textId="77777777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Qty</w:t>
            </w:r>
          </w:p>
        </w:tc>
        <w:tc>
          <w:tcPr>
            <w:tcW w:w="2124" w:type="dxa"/>
            <w:shd w:val="clear" w:color="auto" w:fill="C2D69B" w:themeFill="accent3" w:themeFillTint="99"/>
            <w:vAlign w:val="center"/>
          </w:tcPr>
          <w:p w14:paraId="62F19D80" w14:textId="77777777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 xml:space="preserve">Harga </w:t>
            </w:r>
            <w:proofErr w:type="spellStart"/>
            <w:r w:rsidRPr="00F708AE">
              <w:rPr>
                <w:b/>
                <w:bCs/>
              </w:rPr>
              <w:t>Satuan</w:t>
            </w:r>
            <w:proofErr w:type="spellEnd"/>
            <w:r w:rsidRPr="00F708AE">
              <w:rPr>
                <w:b/>
                <w:bCs/>
              </w:rPr>
              <w:t xml:space="preserve"> (Rp.)</w:t>
            </w:r>
          </w:p>
        </w:tc>
        <w:tc>
          <w:tcPr>
            <w:tcW w:w="2528" w:type="dxa"/>
            <w:shd w:val="clear" w:color="auto" w:fill="C2D69B" w:themeFill="accent3" w:themeFillTint="99"/>
            <w:vAlign w:val="center"/>
          </w:tcPr>
          <w:p w14:paraId="6A341588" w14:textId="77777777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proofErr w:type="spellStart"/>
            <w:r w:rsidRPr="00F708AE">
              <w:rPr>
                <w:b/>
                <w:bCs/>
              </w:rPr>
              <w:t>Jumlah</w:t>
            </w:r>
            <w:proofErr w:type="spellEnd"/>
            <w:r w:rsidRPr="00F708AE">
              <w:rPr>
                <w:b/>
                <w:bCs/>
              </w:rPr>
              <w:t xml:space="preserve"> (Rp.)</w:t>
            </w:r>
          </w:p>
        </w:tc>
      </w:tr>
      <w:tr w:rsidR="00E369F7" w14:paraId="316A6DCF" w14:textId="77777777" w:rsidTr="0003061A">
        <w:tc>
          <w:tcPr>
            <w:tcW w:w="542" w:type="dxa"/>
            <w:vAlign w:val="center"/>
          </w:tcPr>
          <w:p w14:paraId="6BD38F0F" w14:textId="77777777" w:rsidR="00E369F7" w:rsidRDefault="00E369F7" w:rsidP="00E369F7">
            <w:pPr>
              <w:pStyle w:val="ListParagraph"/>
              <w:spacing w:after="120"/>
              <w:ind w:left="0"/>
              <w:jc w:val="center"/>
            </w:pPr>
            <w:r>
              <w:t>1.</w:t>
            </w:r>
          </w:p>
        </w:tc>
        <w:tc>
          <w:tcPr>
            <w:tcW w:w="3256" w:type="dxa"/>
            <w:vAlign w:val="bottom"/>
          </w:tcPr>
          <w:p w14:paraId="2E2415BB" w14:textId="5D894DC6" w:rsidR="00E369F7" w:rsidRPr="00E369F7" w:rsidRDefault="00E369F7" w:rsidP="00E369F7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bottom"/>
          </w:tcPr>
          <w:p w14:paraId="39627456" w14:textId="540EF993" w:rsidR="00E369F7" w:rsidRPr="00E369F7" w:rsidRDefault="00E369F7" w:rsidP="00E369F7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bottom"/>
          </w:tcPr>
          <w:p w14:paraId="1115D313" w14:textId="3001E730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bottom"/>
          </w:tcPr>
          <w:p w14:paraId="0D4F2C7D" w14:textId="35559A01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E369F7" w14:paraId="22282E71" w14:textId="77777777" w:rsidTr="0003061A">
        <w:tc>
          <w:tcPr>
            <w:tcW w:w="542" w:type="dxa"/>
            <w:vAlign w:val="center"/>
          </w:tcPr>
          <w:p w14:paraId="5B037317" w14:textId="77777777" w:rsidR="00E369F7" w:rsidRDefault="00E369F7" w:rsidP="00E369F7">
            <w:pPr>
              <w:pStyle w:val="ListParagraph"/>
              <w:spacing w:after="120"/>
              <w:ind w:left="0"/>
              <w:jc w:val="center"/>
            </w:pPr>
            <w:r>
              <w:t>2.</w:t>
            </w:r>
          </w:p>
        </w:tc>
        <w:tc>
          <w:tcPr>
            <w:tcW w:w="3256" w:type="dxa"/>
            <w:vAlign w:val="bottom"/>
          </w:tcPr>
          <w:p w14:paraId="2E6331D7" w14:textId="08E7989F" w:rsidR="00E369F7" w:rsidRPr="00E369F7" w:rsidRDefault="00E369F7" w:rsidP="00E369F7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bottom"/>
          </w:tcPr>
          <w:p w14:paraId="2E7BE1F1" w14:textId="7DA6F3E5" w:rsidR="00E369F7" w:rsidRPr="00E369F7" w:rsidRDefault="00E369F7" w:rsidP="00E369F7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bottom"/>
          </w:tcPr>
          <w:p w14:paraId="6197B669" w14:textId="0C824BE9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bottom"/>
          </w:tcPr>
          <w:p w14:paraId="143DCE83" w14:textId="777988CE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E369F7" w14:paraId="39D07443" w14:textId="77777777" w:rsidTr="0003061A">
        <w:tc>
          <w:tcPr>
            <w:tcW w:w="542" w:type="dxa"/>
            <w:vAlign w:val="center"/>
          </w:tcPr>
          <w:p w14:paraId="7A8A5706" w14:textId="77777777" w:rsidR="00E369F7" w:rsidRDefault="00E369F7" w:rsidP="00E369F7">
            <w:pPr>
              <w:pStyle w:val="ListParagraph"/>
              <w:spacing w:after="120"/>
              <w:ind w:left="0"/>
              <w:jc w:val="center"/>
            </w:pPr>
            <w:r>
              <w:t>3.</w:t>
            </w:r>
          </w:p>
        </w:tc>
        <w:tc>
          <w:tcPr>
            <w:tcW w:w="3256" w:type="dxa"/>
            <w:vAlign w:val="bottom"/>
          </w:tcPr>
          <w:p w14:paraId="2839874E" w14:textId="655382AA" w:rsidR="00E369F7" w:rsidRPr="00E369F7" w:rsidRDefault="00E369F7" w:rsidP="00E369F7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bottom"/>
          </w:tcPr>
          <w:p w14:paraId="42087435" w14:textId="2F72E1F7" w:rsidR="00E369F7" w:rsidRPr="00E369F7" w:rsidRDefault="00E369F7" w:rsidP="00E369F7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bottom"/>
          </w:tcPr>
          <w:p w14:paraId="595EE9EC" w14:textId="4661C296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bottom"/>
          </w:tcPr>
          <w:p w14:paraId="2940E651" w14:textId="37D6CC20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E369F7" w14:paraId="32C97278" w14:textId="77777777" w:rsidTr="0003061A">
        <w:tc>
          <w:tcPr>
            <w:tcW w:w="542" w:type="dxa"/>
            <w:vAlign w:val="center"/>
          </w:tcPr>
          <w:p w14:paraId="0D090915" w14:textId="77777777" w:rsidR="00E369F7" w:rsidRDefault="00E369F7" w:rsidP="00E369F7">
            <w:pPr>
              <w:pStyle w:val="ListParagraph"/>
              <w:spacing w:after="120"/>
              <w:ind w:left="0"/>
              <w:jc w:val="center"/>
            </w:pPr>
            <w:r>
              <w:t>4.</w:t>
            </w:r>
          </w:p>
        </w:tc>
        <w:tc>
          <w:tcPr>
            <w:tcW w:w="3256" w:type="dxa"/>
            <w:vAlign w:val="bottom"/>
          </w:tcPr>
          <w:p w14:paraId="2EAE1CD5" w14:textId="0599DF30" w:rsidR="00E369F7" w:rsidRPr="00E369F7" w:rsidRDefault="00E369F7" w:rsidP="00E369F7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bottom"/>
          </w:tcPr>
          <w:p w14:paraId="6894E5AD" w14:textId="43CF5FC5" w:rsidR="00E369F7" w:rsidRPr="00E369F7" w:rsidRDefault="00E369F7" w:rsidP="00E369F7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bottom"/>
          </w:tcPr>
          <w:p w14:paraId="333C16EF" w14:textId="60C6C062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bottom"/>
          </w:tcPr>
          <w:p w14:paraId="234896AF" w14:textId="4FC8ADF7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E369F7" w14:paraId="5B405BCE" w14:textId="77777777" w:rsidTr="0003061A">
        <w:tc>
          <w:tcPr>
            <w:tcW w:w="542" w:type="dxa"/>
            <w:vAlign w:val="center"/>
          </w:tcPr>
          <w:p w14:paraId="75393697" w14:textId="77777777" w:rsidR="00E369F7" w:rsidRDefault="00E369F7" w:rsidP="00E369F7">
            <w:pPr>
              <w:pStyle w:val="ListParagraph"/>
              <w:spacing w:after="120"/>
              <w:ind w:left="0"/>
              <w:jc w:val="center"/>
            </w:pPr>
            <w:r>
              <w:t>5.</w:t>
            </w:r>
          </w:p>
        </w:tc>
        <w:tc>
          <w:tcPr>
            <w:tcW w:w="3256" w:type="dxa"/>
            <w:vAlign w:val="bottom"/>
          </w:tcPr>
          <w:p w14:paraId="2EF02642" w14:textId="410F907B" w:rsidR="00E369F7" w:rsidRPr="00E369F7" w:rsidRDefault="00E369F7" w:rsidP="00E369F7">
            <w:pPr>
              <w:pStyle w:val="ListParagraph"/>
              <w:spacing w:after="120"/>
              <w:ind w:left="0"/>
              <w:rPr>
                <w:highlight w:val="yellow"/>
              </w:rPr>
            </w:pPr>
          </w:p>
        </w:tc>
        <w:tc>
          <w:tcPr>
            <w:tcW w:w="993" w:type="dxa"/>
            <w:vAlign w:val="bottom"/>
          </w:tcPr>
          <w:p w14:paraId="4DF87EED" w14:textId="18F66F11" w:rsidR="00E369F7" w:rsidRPr="00E369F7" w:rsidRDefault="00E369F7" w:rsidP="00E369F7">
            <w:pPr>
              <w:pStyle w:val="ListParagraph"/>
              <w:spacing w:after="120"/>
              <w:ind w:left="0"/>
              <w:jc w:val="center"/>
              <w:rPr>
                <w:highlight w:val="yellow"/>
              </w:rPr>
            </w:pPr>
          </w:p>
        </w:tc>
        <w:tc>
          <w:tcPr>
            <w:tcW w:w="2124" w:type="dxa"/>
            <w:vAlign w:val="bottom"/>
          </w:tcPr>
          <w:p w14:paraId="512A38D7" w14:textId="45924F3B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  <w:tc>
          <w:tcPr>
            <w:tcW w:w="2528" w:type="dxa"/>
            <w:vAlign w:val="bottom"/>
          </w:tcPr>
          <w:p w14:paraId="5BD37BC7" w14:textId="7B13E703" w:rsidR="00E369F7" w:rsidRPr="00E369F7" w:rsidRDefault="00E369F7" w:rsidP="00E369F7">
            <w:pPr>
              <w:pStyle w:val="ListParagraph"/>
              <w:spacing w:after="120"/>
              <w:ind w:left="0"/>
              <w:jc w:val="right"/>
              <w:rPr>
                <w:highlight w:val="yellow"/>
              </w:rPr>
            </w:pPr>
          </w:p>
        </w:tc>
      </w:tr>
      <w:tr w:rsidR="002E428C" w14:paraId="38566517" w14:textId="77777777" w:rsidTr="004378C7">
        <w:tc>
          <w:tcPr>
            <w:tcW w:w="6915" w:type="dxa"/>
            <w:gridSpan w:val="4"/>
            <w:vAlign w:val="center"/>
          </w:tcPr>
          <w:p w14:paraId="4F0ED7DC" w14:textId="77777777" w:rsidR="002E428C" w:rsidRPr="00F708AE" w:rsidRDefault="002E428C" w:rsidP="004378C7">
            <w:pPr>
              <w:pStyle w:val="ListParagraph"/>
              <w:spacing w:after="120"/>
              <w:ind w:left="0"/>
              <w:jc w:val="center"/>
              <w:rPr>
                <w:b/>
                <w:bCs/>
              </w:rPr>
            </w:pPr>
            <w:r w:rsidRPr="00F708AE">
              <w:rPr>
                <w:b/>
                <w:bCs/>
              </w:rPr>
              <w:t>Total</w:t>
            </w:r>
          </w:p>
        </w:tc>
        <w:tc>
          <w:tcPr>
            <w:tcW w:w="2528" w:type="dxa"/>
          </w:tcPr>
          <w:p w14:paraId="077BED97" w14:textId="0D268618" w:rsidR="002E428C" w:rsidRPr="00F708AE" w:rsidRDefault="002E428C" w:rsidP="004378C7">
            <w:pPr>
              <w:pStyle w:val="ListParagraph"/>
              <w:spacing w:after="120"/>
              <w:ind w:left="0"/>
              <w:jc w:val="right"/>
              <w:rPr>
                <w:b/>
                <w:bCs/>
              </w:rPr>
            </w:pPr>
          </w:p>
        </w:tc>
      </w:tr>
    </w:tbl>
    <w:p w14:paraId="646C01F4" w14:textId="77777777" w:rsidR="002E428C" w:rsidRDefault="002E428C" w:rsidP="002E428C">
      <w:pPr>
        <w:pStyle w:val="ListParagraph"/>
        <w:spacing w:after="120"/>
        <w:ind w:left="709"/>
      </w:pPr>
    </w:p>
    <w:p w14:paraId="6F50EC98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t>IV. PENJELASAN RENCANA USAHA &amp; KEBUTUHAN</w:t>
      </w:r>
    </w:p>
    <w:p w14:paraId="0E9177E3" w14:textId="3F4833E2" w:rsidR="003F14EC" w:rsidRDefault="00000000" w:rsidP="00E369F7">
      <w:pPr>
        <w:pStyle w:val="ListParagraph"/>
        <w:numPr>
          <w:ilvl w:val="0"/>
          <w:numId w:val="11"/>
        </w:numPr>
        <w:spacing w:after="80" w:line="312" w:lineRule="auto"/>
      </w:pPr>
      <w:proofErr w:type="spellStart"/>
      <w:r w:rsidRPr="00E369F7">
        <w:rPr>
          <w:rFonts w:ascii="Times New Roman" w:hAnsi="Times New Roman"/>
        </w:rPr>
        <w:t>Deskripsikan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secara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singkat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kondisi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usaha</w:t>
      </w:r>
      <w:proofErr w:type="spellEnd"/>
      <w:r w:rsidRPr="00E369F7">
        <w:rPr>
          <w:rFonts w:ascii="Times New Roman" w:hAnsi="Times New Roman"/>
        </w:rPr>
        <w:t xml:space="preserve"> Anda </w:t>
      </w:r>
      <w:proofErr w:type="spellStart"/>
      <w:r w:rsidRPr="00E369F7">
        <w:rPr>
          <w:rFonts w:ascii="Times New Roman" w:hAnsi="Times New Roman"/>
        </w:rPr>
        <w:t>saat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ini</w:t>
      </w:r>
      <w:proofErr w:type="spellEnd"/>
      <w:r w:rsidRPr="00E369F7">
        <w:rPr>
          <w:rFonts w:ascii="Times New Roman" w:hAnsi="Times New Roman"/>
        </w:rPr>
        <w:t xml:space="preserve">: </w:t>
      </w:r>
      <w:r w:rsidRPr="00E369F7">
        <w:rPr>
          <w:rFonts w:ascii="Times New Roman" w:hAnsi="Times New Roman"/>
          <w:color w:val="646464"/>
        </w:rPr>
        <w:t>..............................</w:t>
      </w:r>
    </w:p>
    <w:p w14:paraId="7DB0EBE5" w14:textId="77777777" w:rsidR="003F14EC" w:rsidRDefault="00000000" w:rsidP="00E369F7">
      <w:pPr>
        <w:spacing w:after="80"/>
        <w:ind w:left="709"/>
      </w:pPr>
      <w:r>
        <w:rPr>
          <w:rFonts w:ascii="Times New Roman" w:hAnsi="Times New Roman"/>
          <w:color w:val="646464"/>
        </w:rPr>
        <w:t>...............................................................................................</w:t>
      </w:r>
    </w:p>
    <w:p w14:paraId="0756A562" w14:textId="77777777" w:rsidR="003F14EC" w:rsidRDefault="00000000" w:rsidP="00E369F7">
      <w:pPr>
        <w:spacing w:after="80"/>
        <w:ind w:left="709"/>
      </w:pPr>
      <w:r>
        <w:rPr>
          <w:rFonts w:ascii="Times New Roman" w:hAnsi="Times New Roman"/>
          <w:color w:val="646464"/>
        </w:rPr>
        <w:t>...............................................................................................</w:t>
      </w:r>
    </w:p>
    <w:p w14:paraId="22135760" w14:textId="678A79F3" w:rsidR="003F14EC" w:rsidRDefault="00000000" w:rsidP="00E369F7">
      <w:pPr>
        <w:pStyle w:val="ListParagraph"/>
        <w:numPr>
          <w:ilvl w:val="0"/>
          <w:numId w:val="11"/>
        </w:numPr>
        <w:spacing w:after="80" w:line="312" w:lineRule="auto"/>
      </w:pPr>
      <w:r w:rsidRPr="00E369F7">
        <w:rPr>
          <w:rFonts w:ascii="Times New Roman" w:hAnsi="Times New Roman"/>
        </w:rPr>
        <w:t xml:space="preserve">Apa </w:t>
      </w:r>
      <w:proofErr w:type="spellStart"/>
      <w:r w:rsidRPr="00E369F7">
        <w:rPr>
          <w:rFonts w:ascii="Times New Roman" w:hAnsi="Times New Roman"/>
        </w:rPr>
        <w:t>saja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kendala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utama</w:t>
      </w:r>
      <w:proofErr w:type="spellEnd"/>
      <w:r w:rsidRPr="00E369F7">
        <w:rPr>
          <w:rFonts w:ascii="Times New Roman" w:hAnsi="Times New Roman"/>
        </w:rPr>
        <w:t xml:space="preserve"> yang </w:t>
      </w:r>
      <w:proofErr w:type="spellStart"/>
      <w:r w:rsidRPr="00E369F7">
        <w:rPr>
          <w:rFonts w:ascii="Times New Roman" w:hAnsi="Times New Roman"/>
        </w:rPr>
        <w:t>dihadapi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dalam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mengembangkan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usaha</w:t>
      </w:r>
      <w:proofErr w:type="spellEnd"/>
      <w:r w:rsidRPr="00E369F7">
        <w:rPr>
          <w:rFonts w:ascii="Times New Roman" w:hAnsi="Times New Roman"/>
        </w:rPr>
        <w:t xml:space="preserve">? </w:t>
      </w:r>
      <w:r w:rsidRPr="00E369F7">
        <w:rPr>
          <w:rFonts w:ascii="Times New Roman" w:hAnsi="Times New Roman"/>
          <w:color w:val="646464"/>
        </w:rPr>
        <w:t>.......................</w:t>
      </w:r>
    </w:p>
    <w:p w14:paraId="5B0BCF3F" w14:textId="77777777" w:rsidR="003F14EC" w:rsidRDefault="00000000" w:rsidP="00E369F7">
      <w:pPr>
        <w:spacing w:after="80"/>
        <w:ind w:left="709"/>
      </w:pPr>
      <w:r>
        <w:rPr>
          <w:rFonts w:ascii="Times New Roman" w:hAnsi="Times New Roman"/>
          <w:color w:val="646464"/>
        </w:rPr>
        <w:t>...............................................................................................</w:t>
      </w:r>
    </w:p>
    <w:p w14:paraId="462AFB67" w14:textId="626606CA" w:rsidR="003F14EC" w:rsidRDefault="00000000" w:rsidP="00E369F7">
      <w:pPr>
        <w:pStyle w:val="ListParagraph"/>
        <w:numPr>
          <w:ilvl w:val="0"/>
          <w:numId w:val="11"/>
        </w:numPr>
        <w:spacing w:after="80" w:line="312" w:lineRule="auto"/>
      </w:pPr>
      <w:r w:rsidRPr="00E369F7">
        <w:rPr>
          <w:rFonts w:ascii="Times New Roman" w:hAnsi="Times New Roman"/>
        </w:rPr>
        <w:t xml:space="preserve">Apa </w:t>
      </w:r>
      <w:proofErr w:type="spellStart"/>
      <w:r w:rsidRPr="00E369F7">
        <w:rPr>
          <w:rFonts w:ascii="Times New Roman" w:hAnsi="Times New Roman"/>
        </w:rPr>
        <w:t>dampak</w:t>
      </w:r>
      <w:proofErr w:type="spellEnd"/>
      <w:r w:rsidRPr="00E369F7">
        <w:rPr>
          <w:rFonts w:ascii="Times New Roman" w:hAnsi="Times New Roman"/>
        </w:rPr>
        <w:t xml:space="preserve">/target </w:t>
      </w:r>
      <w:proofErr w:type="spellStart"/>
      <w:r w:rsidRPr="00E369F7">
        <w:rPr>
          <w:rFonts w:ascii="Times New Roman" w:hAnsi="Times New Roman"/>
        </w:rPr>
        <w:t>perubahan</w:t>
      </w:r>
      <w:proofErr w:type="spellEnd"/>
      <w:r w:rsidRPr="00E369F7">
        <w:rPr>
          <w:rFonts w:ascii="Times New Roman" w:hAnsi="Times New Roman"/>
        </w:rPr>
        <w:t xml:space="preserve"> yang </w:t>
      </w:r>
      <w:proofErr w:type="spellStart"/>
      <w:r w:rsidRPr="00E369F7">
        <w:rPr>
          <w:rFonts w:ascii="Times New Roman" w:hAnsi="Times New Roman"/>
        </w:rPr>
        <w:t>diharapkan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setelah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menerima</w:t>
      </w:r>
      <w:proofErr w:type="spellEnd"/>
      <w:r w:rsidRPr="00E369F7">
        <w:rPr>
          <w:rFonts w:ascii="Times New Roman" w:hAnsi="Times New Roman"/>
        </w:rPr>
        <w:t xml:space="preserve"> </w:t>
      </w:r>
      <w:proofErr w:type="spellStart"/>
      <w:r w:rsidRPr="00E369F7">
        <w:rPr>
          <w:rFonts w:ascii="Times New Roman" w:hAnsi="Times New Roman"/>
        </w:rPr>
        <w:t>bantuan</w:t>
      </w:r>
      <w:proofErr w:type="spellEnd"/>
      <w:r w:rsidRPr="00E369F7">
        <w:rPr>
          <w:rFonts w:ascii="Times New Roman" w:hAnsi="Times New Roman"/>
        </w:rPr>
        <w:t xml:space="preserve">? </w:t>
      </w:r>
      <w:r w:rsidRPr="00E369F7">
        <w:rPr>
          <w:rFonts w:ascii="Times New Roman" w:hAnsi="Times New Roman"/>
          <w:color w:val="646464"/>
        </w:rPr>
        <w:t>.................</w:t>
      </w:r>
    </w:p>
    <w:p w14:paraId="79FB84FE" w14:textId="77777777" w:rsidR="003F14EC" w:rsidRDefault="00000000" w:rsidP="00E369F7">
      <w:pPr>
        <w:spacing w:after="80"/>
        <w:ind w:left="709"/>
      </w:pPr>
      <w:r>
        <w:rPr>
          <w:rFonts w:ascii="Times New Roman" w:hAnsi="Times New Roman"/>
          <w:color w:val="646464"/>
        </w:rPr>
        <w:t>...............................................................................................</w:t>
      </w:r>
    </w:p>
    <w:p w14:paraId="4129F7AA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t>V. KELENGKAPAN BERKAS (LAMPIRAN PERSYARATAN)</w:t>
      </w:r>
    </w:p>
    <w:p w14:paraId="020F041C" w14:textId="77777777" w:rsidR="003F14EC" w:rsidRDefault="00000000">
      <w:pPr>
        <w:spacing w:after="120"/>
      </w:pPr>
      <w:r>
        <w:rPr>
          <w:rFonts w:ascii="Times New Roman" w:hAnsi="Times New Roman"/>
          <w:i/>
          <w:sz w:val="20"/>
        </w:rPr>
        <w:t xml:space="preserve">(Beri </w:t>
      </w:r>
      <w:proofErr w:type="spellStart"/>
      <w:r>
        <w:rPr>
          <w:rFonts w:ascii="Times New Roman" w:hAnsi="Times New Roman"/>
          <w:i/>
          <w:sz w:val="20"/>
        </w:rPr>
        <w:t>tanda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centang</w:t>
      </w:r>
      <w:proofErr w:type="spellEnd"/>
      <w:r>
        <w:rPr>
          <w:rFonts w:ascii="Times New Roman" w:hAnsi="Times New Roman"/>
          <w:i/>
          <w:sz w:val="20"/>
        </w:rPr>
        <w:t xml:space="preserve"> [✓] </w:t>
      </w:r>
      <w:proofErr w:type="spellStart"/>
      <w:r>
        <w:rPr>
          <w:rFonts w:ascii="Times New Roman" w:hAnsi="Times New Roman"/>
          <w:i/>
          <w:sz w:val="20"/>
        </w:rPr>
        <w:t>untuk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berkas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</w:rPr>
        <w:t>fisik</w:t>
      </w:r>
      <w:proofErr w:type="spellEnd"/>
      <w:r>
        <w:rPr>
          <w:rFonts w:ascii="Times New Roman" w:hAnsi="Times New Roman"/>
          <w:i/>
          <w:sz w:val="20"/>
        </w:rPr>
        <w:t xml:space="preserve"> yang </w:t>
      </w:r>
      <w:proofErr w:type="spellStart"/>
      <w:r>
        <w:rPr>
          <w:rFonts w:ascii="Times New Roman" w:hAnsi="Times New Roman"/>
          <w:i/>
          <w:sz w:val="20"/>
        </w:rPr>
        <w:t>dilampirkan</w:t>
      </w:r>
      <w:proofErr w:type="spellEnd"/>
      <w:r>
        <w:rPr>
          <w:rFonts w:ascii="Times New Roman" w:hAnsi="Times New Roman"/>
          <w:i/>
          <w:sz w:val="20"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3F14EC" w14:paraId="0A3F4735" w14:textId="77777777" w:rsidTr="00E369F7">
        <w:trPr>
          <w:jc w:val="center"/>
        </w:trPr>
        <w:tc>
          <w:tcPr>
            <w:tcW w:w="4608" w:type="dxa"/>
          </w:tcPr>
          <w:p w14:paraId="151D675D" w14:textId="77777777" w:rsidR="003F14EC" w:rsidRDefault="00000000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Fotokopi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KTP </w:t>
            </w:r>
            <w:proofErr w:type="spellStart"/>
            <w:r>
              <w:rPr>
                <w:rFonts w:ascii="Times New Roman" w:hAnsi="Times New Roman"/>
                <w:sz w:val="21"/>
              </w:rPr>
              <w:t>Pemohon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1"/>
              </w:rPr>
              <w:t>Aktif</w:t>
            </w:r>
            <w:proofErr w:type="spellEnd"/>
            <w:r>
              <w:rPr>
                <w:rFonts w:ascii="Times New Roman" w:hAnsi="Times New Roman"/>
                <w:sz w:val="21"/>
              </w:rPr>
              <w:t>)</w:t>
            </w:r>
          </w:p>
        </w:tc>
        <w:tc>
          <w:tcPr>
            <w:tcW w:w="4608" w:type="dxa"/>
          </w:tcPr>
          <w:p w14:paraId="24130F50" w14:textId="7781048C" w:rsidR="003F14EC" w:rsidRDefault="00000000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Foto </w:t>
            </w:r>
            <w:proofErr w:type="spellStart"/>
            <w:r>
              <w:rPr>
                <w:rFonts w:ascii="Times New Roman" w:hAnsi="Times New Roman"/>
                <w:sz w:val="21"/>
              </w:rPr>
              <w:t>Tempat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Usaha </w:t>
            </w:r>
            <w:proofErr w:type="spellStart"/>
            <w:r>
              <w:rPr>
                <w:rFonts w:ascii="Times New Roman" w:hAnsi="Times New Roman"/>
                <w:sz w:val="21"/>
              </w:rPr>
              <w:t>Tampak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Depan</w:t>
            </w:r>
            <w:proofErr w:type="spellEnd"/>
          </w:p>
        </w:tc>
      </w:tr>
      <w:tr w:rsidR="00E369F7" w14:paraId="41CFDDD0" w14:textId="77777777" w:rsidTr="00E369F7">
        <w:trPr>
          <w:jc w:val="center"/>
        </w:trPr>
        <w:tc>
          <w:tcPr>
            <w:tcW w:w="4608" w:type="dxa"/>
          </w:tcPr>
          <w:p w14:paraId="389B793F" w14:textId="77777777" w:rsidR="00E369F7" w:rsidRDefault="00E369F7" w:rsidP="00E369F7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Fotokopi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Kartu </w:t>
            </w:r>
            <w:proofErr w:type="spellStart"/>
            <w:r>
              <w:rPr>
                <w:rFonts w:ascii="Times New Roman" w:hAnsi="Times New Roman"/>
                <w:sz w:val="21"/>
              </w:rPr>
              <w:t>Keluarga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(KK)</w:t>
            </w:r>
          </w:p>
        </w:tc>
        <w:tc>
          <w:tcPr>
            <w:tcW w:w="4608" w:type="dxa"/>
          </w:tcPr>
          <w:p w14:paraId="3F873A2E" w14:textId="764CCBDC" w:rsidR="00E369F7" w:rsidRDefault="00E369F7" w:rsidP="00E369F7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Fotokopi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Buku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Rekening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Bank </w:t>
            </w:r>
            <w:proofErr w:type="spellStart"/>
            <w:r>
              <w:rPr>
                <w:rFonts w:ascii="Times New Roman" w:hAnsi="Times New Roman"/>
                <w:sz w:val="21"/>
              </w:rPr>
              <w:t>Aktif</w:t>
            </w:r>
            <w:proofErr w:type="spellEnd"/>
          </w:p>
        </w:tc>
      </w:tr>
      <w:tr w:rsidR="00E369F7" w14:paraId="4224EA3E" w14:textId="77777777" w:rsidTr="00E369F7">
        <w:trPr>
          <w:jc w:val="center"/>
        </w:trPr>
        <w:tc>
          <w:tcPr>
            <w:tcW w:w="4608" w:type="dxa"/>
          </w:tcPr>
          <w:p w14:paraId="5E7D4C01" w14:textId="77777777" w:rsidR="00E369F7" w:rsidRDefault="00E369F7" w:rsidP="00E369F7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Surat </w:t>
            </w:r>
            <w:proofErr w:type="spellStart"/>
            <w:r>
              <w:rPr>
                <w:rFonts w:ascii="Times New Roman" w:hAnsi="Times New Roman"/>
                <w:sz w:val="21"/>
              </w:rPr>
              <w:t>Keterangan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Tidak Mampu (SKTM)</w:t>
            </w:r>
          </w:p>
        </w:tc>
        <w:tc>
          <w:tcPr>
            <w:tcW w:w="4608" w:type="dxa"/>
            <w:vMerge w:val="restart"/>
          </w:tcPr>
          <w:p w14:paraId="07D99B3B" w14:textId="2D2A1E2A" w:rsidR="00E369F7" w:rsidRDefault="00E369F7" w:rsidP="00E369F7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Surat </w:t>
            </w:r>
            <w:proofErr w:type="spellStart"/>
            <w:r>
              <w:rPr>
                <w:rFonts w:ascii="Times New Roman" w:hAnsi="Times New Roman"/>
                <w:sz w:val="21"/>
              </w:rPr>
              <w:t>Rekomendasi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LAZISNU PCNU/MWCNU</w:t>
            </w:r>
          </w:p>
        </w:tc>
      </w:tr>
      <w:tr w:rsidR="00E369F7" w14:paraId="412AD15B" w14:textId="77777777" w:rsidTr="00E369F7">
        <w:trPr>
          <w:jc w:val="center"/>
        </w:trPr>
        <w:tc>
          <w:tcPr>
            <w:tcW w:w="4608" w:type="dxa"/>
          </w:tcPr>
          <w:p w14:paraId="1D3B3520" w14:textId="5085B8DA" w:rsidR="00E369F7" w:rsidRDefault="00E369F7">
            <w:pPr>
              <w:spacing w:after="80"/>
            </w:pPr>
            <w:proofErr w:type="gramStart"/>
            <w:r>
              <w:rPr>
                <w:rFonts w:ascii="Times New Roman" w:hAnsi="Times New Roman"/>
                <w:sz w:val="21"/>
              </w:rPr>
              <w:t>[  ]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Foto </w:t>
            </w:r>
            <w:proofErr w:type="spellStart"/>
            <w:r>
              <w:rPr>
                <w:rFonts w:ascii="Times New Roman" w:hAnsi="Times New Roman"/>
                <w:sz w:val="21"/>
              </w:rPr>
              <w:t>Produk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1"/>
              </w:rPr>
              <w:t>Kegiatan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Usaha (4 Foto)</w:t>
            </w:r>
          </w:p>
        </w:tc>
        <w:tc>
          <w:tcPr>
            <w:tcW w:w="4608" w:type="dxa"/>
            <w:vMerge/>
          </w:tcPr>
          <w:p w14:paraId="0371D5FC" w14:textId="356EB6B9" w:rsidR="00E369F7" w:rsidRDefault="00E369F7">
            <w:pPr>
              <w:spacing w:after="80"/>
            </w:pPr>
          </w:p>
        </w:tc>
      </w:tr>
    </w:tbl>
    <w:p w14:paraId="570E35C1" w14:textId="77777777" w:rsidR="003F14EC" w:rsidRDefault="00000000">
      <w:pPr>
        <w:keepNext/>
        <w:spacing w:before="240" w:after="120"/>
      </w:pPr>
      <w:r>
        <w:rPr>
          <w:rFonts w:ascii="Times New Roman" w:hAnsi="Times New Roman"/>
          <w:b/>
          <w:u w:val="single"/>
        </w:rPr>
        <w:lastRenderedPageBreak/>
        <w:t>VI. PERNYATAAN PERTANGGUNGJAWABAN MUTLAK</w:t>
      </w:r>
    </w:p>
    <w:p w14:paraId="573117E3" w14:textId="37E97459" w:rsidR="003F14EC" w:rsidRDefault="00000000">
      <w:pPr>
        <w:spacing w:after="240"/>
        <w:jc w:val="both"/>
      </w:pPr>
      <w:r>
        <w:rPr>
          <w:rFonts w:ascii="Times New Roman" w:hAnsi="Times New Roman"/>
          <w:i/>
          <w:sz w:val="21"/>
        </w:rPr>
        <w:t xml:space="preserve">"Saya </w:t>
      </w:r>
      <w:proofErr w:type="spellStart"/>
      <w:r>
        <w:rPr>
          <w:rFonts w:ascii="Times New Roman" w:hAnsi="Times New Roman"/>
          <w:i/>
          <w:sz w:val="21"/>
        </w:rPr>
        <w:t>menyatakan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bahwa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seluruh</w:t>
      </w:r>
      <w:proofErr w:type="spellEnd"/>
      <w:r>
        <w:rPr>
          <w:rFonts w:ascii="Times New Roman" w:hAnsi="Times New Roman"/>
          <w:i/>
          <w:sz w:val="21"/>
        </w:rPr>
        <w:t xml:space="preserve"> data yang </w:t>
      </w:r>
      <w:proofErr w:type="spellStart"/>
      <w:r>
        <w:rPr>
          <w:rFonts w:ascii="Times New Roman" w:hAnsi="Times New Roman"/>
          <w:i/>
          <w:sz w:val="21"/>
        </w:rPr>
        <w:t>saya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berikan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dalam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formulir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permohonan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ini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adalah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benar</w:t>
      </w:r>
      <w:proofErr w:type="spellEnd"/>
      <w:r>
        <w:rPr>
          <w:rFonts w:ascii="Times New Roman" w:hAnsi="Times New Roman"/>
          <w:i/>
          <w:sz w:val="21"/>
        </w:rPr>
        <w:t xml:space="preserve">, </w:t>
      </w:r>
      <w:proofErr w:type="spellStart"/>
      <w:r>
        <w:rPr>
          <w:rFonts w:ascii="Times New Roman" w:hAnsi="Times New Roman"/>
          <w:i/>
          <w:sz w:val="21"/>
        </w:rPr>
        <w:t>akurat</w:t>
      </w:r>
      <w:proofErr w:type="spellEnd"/>
      <w:r>
        <w:rPr>
          <w:rFonts w:ascii="Times New Roman" w:hAnsi="Times New Roman"/>
          <w:i/>
          <w:sz w:val="21"/>
        </w:rPr>
        <w:t xml:space="preserve">, dan </w:t>
      </w:r>
      <w:proofErr w:type="spellStart"/>
      <w:r>
        <w:rPr>
          <w:rFonts w:ascii="Times New Roman" w:hAnsi="Times New Roman"/>
          <w:i/>
          <w:sz w:val="21"/>
        </w:rPr>
        <w:t>dapat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dipertanggungjawabkan</w:t>
      </w:r>
      <w:proofErr w:type="spellEnd"/>
      <w:r>
        <w:rPr>
          <w:rFonts w:ascii="Times New Roman" w:hAnsi="Times New Roman"/>
          <w:i/>
          <w:sz w:val="21"/>
        </w:rPr>
        <w:t xml:space="preserve">. </w:t>
      </w:r>
      <w:proofErr w:type="spellStart"/>
      <w:r>
        <w:rPr>
          <w:rFonts w:ascii="Times New Roman" w:hAnsi="Times New Roman"/>
          <w:i/>
          <w:sz w:val="21"/>
        </w:rPr>
        <w:t>Apabila</w:t>
      </w:r>
      <w:proofErr w:type="spellEnd"/>
      <w:r>
        <w:rPr>
          <w:rFonts w:ascii="Times New Roman" w:hAnsi="Times New Roman"/>
          <w:i/>
          <w:sz w:val="21"/>
        </w:rPr>
        <w:t xml:space="preserve"> di </w:t>
      </w:r>
      <w:proofErr w:type="spellStart"/>
      <w:r>
        <w:rPr>
          <w:rFonts w:ascii="Times New Roman" w:hAnsi="Times New Roman"/>
          <w:i/>
          <w:sz w:val="21"/>
        </w:rPr>
        <w:t>kemudian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hari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ditemukan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ketidaksesuaian</w:t>
      </w:r>
      <w:proofErr w:type="spellEnd"/>
      <w:r>
        <w:rPr>
          <w:rFonts w:ascii="Times New Roman" w:hAnsi="Times New Roman"/>
          <w:i/>
          <w:sz w:val="21"/>
        </w:rPr>
        <w:t xml:space="preserve"> data, </w:t>
      </w:r>
      <w:proofErr w:type="spellStart"/>
      <w:r>
        <w:rPr>
          <w:rFonts w:ascii="Times New Roman" w:hAnsi="Times New Roman"/>
          <w:i/>
          <w:sz w:val="21"/>
        </w:rPr>
        <w:t>manipulasi</w:t>
      </w:r>
      <w:proofErr w:type="spellEnd"/>
      <w:r>
        <w:rPr>
          <w:rFonts w:ascii="Times New Roman" w:hAnsi="Times New Roman"/>
          <w:i/>
          <w:sz w:val="21"/>
        </w:rPr>
        <w:t xml:space="preserve">, </w:t>
      </w:r>
      <w:proofErr w:type="spellStart"/>
      <w:r>
        <w:rPr>
          <w:rFonts w:ascii="Times New Roman" w:hAnsi="Times New Roman"/>
          <w:i/>
          <w:sz w:val="21"/>
        </w:rPr>
        <w:t>atau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penyalahgunaan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bantuan</w:t>
      </w:r>
      <w:proofErr w:type="spellEnd"/>
      <w:r>
        <w:rPr>
          <w:rFonts w:ascii="Times New Roman" w:hAnsi="Times New Roman"/>
          <w:i/>
          <w:sz w:val="21"/>
        </w:rPr>
        <w:t xml:space="preserve">, </w:t>
      </w:r>
      <w:proofErr w:type="spellStart"/>
      <w:r>
        <w:rPr>
          <w:rFonts w:ascii="Times New Roman" w:hAnsi="Times New Roman"/>
          <w:i/>
          <w:sz w:val="21"/>
        </w:rPr>
        <w:t>saya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bersedia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menerima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konsekuensi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hukum</w:t>
      </w:r>
      <w:proofErr w:type="spellEnd"/>
      <w:r>
        <w:rPr>
          <w:rFonts w:ascii="Times New Roman" w:hAnsi="Times New Roman"/>
          <w:i/>
          <w:sz w:val="21"/>
        </w:rPr>
        <w:t xml:space="preserve"> dan </w:t>
      </w:r>
      <w:proofErr w:type="spellStart"/>
      <w:r>
        <w:rPr>
          <w:rFonts w:ascii="Times New Roman" w:hAnsi="Times New Roman"/>
          <w:i/>
          <w:sz w:val="21"/>
        </w:rPr>
        <w:t>sanksi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administratif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sesuai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dengan</w:t>
      </w:r>
      <w:proofErr w:type="spellEnd"/>
      <w:r>
        <w:rPr>
          <w:rFonts w:ascii="Times New Roman" w:hAnsi="Times New Roman"/>
          <w:i/>
          <w:sz w:val="21"/>
        </w:rPr>
        <w:t xml:space="preserve"> </w:t>
      </w:r>
      <w:proofErr w:type="spellStart"/>
      <w:r>
        <w:rPr>
          <w:rFonts w:ascii="Times New Roman" w:hAnsi="Times New Roman"/>
          <w:i/>
          <w:sz w:val="21"/>
        </w:rPr>
        <w:t>ketentuan</w:t>
      </w:r>
      <w:proofErr w:type="spellEnd"/>
      <w:r>
        <w:rPr>
          <w:rFonts w:ascii="Times New Roman" w:hAnsi="Times New Roman"/>
          <w:i/>
          <w:sz w:val="21"/>
        </w:rPr>
        <w:t xml:space="preserve"> yang </w:t>
      </w:r>
      <w:proofErr w:type="spellStart"/>
      <w:r>
        <w:rPr>
          <w:rFonts w:ascii="Times New Roman" w:hAnsi="Times New Roman"/>
          <w:i/>
          <w:sz w:val="21"/>
        </w:rPr>
        <w:t>berlaku</w:t>
      </w:r>
      <w:proofErr w:type="spellEnd"/>
      <w:r>
        <w:rPr>
          <w:rFonts w:ascii="Times New Roman" w:hAnsi="Times New Roman"/>
          <w:i/>
          <w:sz w:val="21"/>
        </w:rPr>
        <w:t xml:space="preserve"> di </w:t>
      </w:r>
      <w:proofErr w:type="spellStart"/>
      <w:r>
        <w:rPr>
          <w:rFonts w:ascii="Times New Roman" w:hAnsi="Times New Roman"/>
          <w:i/>
          <w:sz w:val="21"/>
        </w:rPr>
        <w:t>lingkungan</w:t>
      </w:r>
      <w:proofErr w:type="spellEnd"/>
      <w:r>
        <w:rPr>
          <w:rFonts w:ascii="Times New Roman" w:hAnsi="Times New Roman"/>
          <w:i/>
          <w:sz w:val="21"/>
        </w:rPr>
        <w:t xml:space="preserve"> LAZISNU."</w:t>
      </w:r>
    </w:p>
    <w:p w14:paraId="116E3317" w14:textId="12214364" w:rsidR="003F14EC" w:rsidRDefault="00000000">
      <w:pPr>
        <w:spacing w:after="240"/>
        <w:jc w:val="both"/>
      </w:pP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surat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permohonan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sampaikan</w:t>
      </w:r>
      <w:proofErr w:type="spellEnd"/>
      <w:r>
        <w:rPr>
          <w:rFonts w:ascii="Times New Roman" w:hAnsi="Times New Roman"/>
        </w:rPr>
        <w:t xml:space="preserve">. Besar </w:t>
      </w:r>
      <w:proofErr w:type="spellStart"/>
      <w:r>
        <w:rPr>
          <w:rFonts w:ascii="Times New Roman" w:hAnsi="Times New Roman"/>
        </w:rPr>
        <w:t>harapan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memperoleh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bantuan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menjadi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bagian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Program </w:t>
      </w:r>
      <w:proofErr w:type="spellStart"/>
      <w:r>
        <w:rPr>
          <w:rFonts w:ascii="Times New Roman" w:hAnsi="Times New Roman"/>
        </w:rPr>
        <w:t>Pemberdayaan</w:t>
      </w:r>
      <w:proofErr w:type="spellEnd"/>
      <w:r>
        <w:rPr>
          <w:rFonts w:ascii="Times New Roman" w:hAnsi="Times New Roman"/>
        </w:rPr>
        <w:t xml:space="preserve"> UMKM LAZISNU. Atas </w:t>
      </w:r>
      <w:proofErr w:type="spellStart"/>
      <w:r>
        <w:rPr>
          <w:rFonts w:ascii="Times New Roman" w:hAnsi="Times New Roman"/>
        </w:rPr>
        <w:t>perhatian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bantuan</w:t>
      </w:r>
      <w:proofErr w:type="spellEnd"/>
      <w:r>
        <w:rPr>
          <w:rFonts w:ascii="Times New Roman" w:hAnsi="Times New Roman"/>
        </w:rPr>
        <w:t xml:space="preserve"> Bapak,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ucapkan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terima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kasih</w:t>
      </w:r>
      <w:proofErr w:type="spellEnd"/>
      <w:r>
        <w:rPr>
          <w:rFonts w:ascii="Times New Roman" w:hAnsi="Times New Roman"/>
        </w:rPr>
        <w:t>.</w:t>
      </w:r>
    </w:p>
    <w:p w14:paraId="4BAAA1BE" w14:textId="77777777" w:rsidR="003F14EC" w:rsidRDefault="00000000">
      <w:pPr>
        <w:spacing w:after="360"/>
      </w:pPr>
      <w:proofErr w:type="spellStart"/>
      <w:r>
        <w:rPr>
          <w:rFonts w:ascii="Times New Roman" w:hAnsi="Times New Roman"/>
          <w:i/>
        </w:rPr>
        <w:t>Wallahul</w:t>
      </w:r>
      <w:proofErr w:type="spellEnd"/>
      <w:r>
        <w:rPr>
          <w:rFonts w:ascii="Times New Roman" w:hAnsi="Times New Roman"/>
          <w:i/>
        </w:rPr>
        <w:t xml:space="preserve"> Muwaffiq Ila </w:t>
      </w:r>
      <w:proofErr w:type="spellStart"/>
      <w:r>
        <w:rPr>
          <w:rFonts w:ascii="Times New Roman" w:hAnsi="Times New Roman"/>
          <w:i/>
        </w:rPr>
        <w:t>Aqwamith</w:t>
      </w:r>
      <w:proofErr w:type="spellEnd"/>
      <w:r>
        <w:rPr>
          <w:rFonts w:ascii="Times New Roman" w:hAnsi="Times New Roman"/>
          <w:i/>
        </w:rPr>
        <w:t xml:space="preserve"> Tharieq.</w:t>
      </w:r>
      <w:r>
        <w:rPr>
          <w:rFonts w:ascii="Times New Roman" w:hAnsi="Times New Roman"/>
          <w:i/>
        </w:rPr>
        <w:br/>
      </w:r>
      <w:proofErr w:type="spellStart"/>
      <w:r>
        <w:rPr>
          <w:rFonts w:ascii="Times New Roman" w:hAnsi="Times New Roman"/>
          <w:i/>
        </w:rPr>
        <w:t>Wassalamu'alaikum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Warahmatullahi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Wabarakatuh</w:t>
      </w:r>
      <w:proofErr w:type="spellEnd"/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864"/>
        <w:gridCol w:w="3888"/>
      </w:tblGrid>
      <w:tr w:rsidR="003F14EC" w14:paraId="3A5B78DA" w14:textId="77777777">
        <w:trPr>
          <w:jc w:val="center"/>
        </w:trPr>
        <w:tc>
          <w:tcPr>
            <w:tcW w:w="4608" w:type="dxa"/>
          </w:tcPr>
          <w:p w14:paraId="6C0BCC30" w14:textId="5FE1D091" w:rsidR="003F14EC" w:rsidRDefault="00000000">
            <w:proofErr w:type="spellStart"/>
            <w:r>
              <w:rPr>
                <w:rFonts w:ascii="Times New Roman" w:hAnsi="Times New Roman"/>
                <w:b/>
              </w:rPr>
              <w:t>Mengetahui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Merekomendasikan</w:t>
            </w:r>
            <w:proofErr w:type="spellEnd"/>
            <w:r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Pengurus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 w:rsidR="00E369F7">
              <w:rPr>
                <w:rFonts w:ascii="Times New Roman" w:hAnsi="Times New Roman"/>
                <w:b/>
              </w:rPr>
              <w:t>LAZISNU PCNU</w:t>
            </w:r>
            <w:r w:rsidR="009233DF">
              <w:rPr>
                <w:rFonts w:ascii="Times New Roman" w:hAnsi="Times New Roman"/>
                <w:b/>
              </w:rPr>
              <w:t>/MWCNU</w:t>
            </w:r>
            <w:r w:rsidR="00E369F7">
              <w:rPr>
                <w:rFonts w:ascii="Times New Roman" w:hAnsi="Times New Roman"/>
                <w:b/>
              </w:rPr>
              <w:t xml:space="preserve"> …….</w:t>
            </w:r>
          </w:p>
        </w:tc>
        <w:tc>
          <w:tcPr>
            <w:tcW w:w="864" w:type="dxa"/>
          </w:tcPr>
          <w:p w14:paraId="1BA5494C" w14:textId="77777777" w:rsidR="003F14EC" w:rsidRDefault="003F14EC"/>
        </w:tc>
        <w:tc>
          <w:tcPr>
            <w:tcW w:w="3888" w:type="dxa"/>
          </w:tcPr>
          <w:p w14:paraId="2EF9A5D4" w14:textId="77777777" w:rsidR="003F14EC" w:rsidRDefault="00000000">
            <w:r>
              <w:rPr>
                <w:rFonts w:ascii="Times New Roman" w:hAnsi="Times New Roman"/>
                <w:b/>
              </w:rPr>
              <w:t>Hormat Saya,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Pemohon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Bantuan</w:t>
            </w:r>
            <w:proofErr w:type="spellEnd"/>
            <w:r>
              <w:rPr>
                <w:rFonts w:ascii="Times New Roman" w:hAnsi="Times New Roman"/>
                <w:b/>
              </w:rPr>
              <w:t xml:space="preserve"> UMKM</w:t>
            </w:r>
          </w:p>
        </w:tc>
      </w:tr>
      <w:tr w:rsidR="003F14EC" w14:paraId="19F39736" w14:textId="77777777">
        <w:trPr>
          <w:jc w:val="center"/>
        </w:trPr>
        <w:tc>
          <w:tcPr>
            <w:tcW w:w="4608" w:type="dxa"/>
          </w:tcPr>
          <w:p w14:paraId="62381DEF" w14:textId="77777777" w:rsidR="003F14EC" w:rsidRDefault="003F14EC"/>
        </w:tc>
        <w:tc>
          <w:tcPr>
            <w:tcW w:w="864" w:type="dxa"/>
          </w:tcPr>
          <w:p w14:paraId="1DE13264" w14:textId="77777777" w:rsidR="003F14EC" w:rsidRDefault="003F14EC"/>
        </w:tc>
        <w:tc>
          <w:tcPr>
            <w:tcW w:w="3888" w:type="dxa"/>
          </w:tcPr>
          <w:p w14:paraId="6356F4A0" w14:textId="77777777" w:rsidR="003F14EC" w:rsidRDefault="00000000">
            <w:pPr>
              <w:spacing w:before="120" w:after="120"/>
            </w:pPr>
            <w:r>
              <w:rPr>
                <w:rFonts w:ascii="Times New Roman" w:hAnsi="Times New Roman"/>
                <w:color w:val="787878"/>
                <w:sz w:val="16"/>
              </w:rPr>
              <w:t>[ MATERAI Rp10.</w:t>
            </w:r>
            <w:proofErr w:type="gramStart"/>
            <w:r>
              <w:rPr>
                <w:rFonts w:ascii="Times New Roman" w:hAnsi="Times New Roman"/>
                <w:color w:val="787878"/>
                <w:sz w:val="16"/>
              </w:rPr>
              <w:t>000 ]</w:t>
            </w:r>
            <w:proofErr w:type="gramEnd"/>
          </w:p>
        </w:tc>
      </w:tr>
      <w:tr w:rsidR="003F14EC" w14:paraId="33BC7139" w14:textId="77777777">
        <w:trPr>
          <w:jc w:val="center"/>
        </w:trPr>
        <w:tc>
          <w:tcPr>
            <w:tcW w:w="4608" w:type="dxa"/>
          </w:tcPr>
          <w:p w14:paraId="30FCBA7A" w14:textId="77777777" w:rsidR="003F14EC" w:rsidRDefault="003F14EC">
            <w:pPr>
              <w:spacing w:before="600"/>
            </w:pPr>
          </w:p>
        </w:tc>
        <w:tc>
          <w:tcPr>
            <w:tcW w:w="864" w:type="dxa"/>
          </w:tcPr>
          <w:p w14:paraId="6A8A9536" w14:textId="77777777" w:rsidR="003F14EC" w:rsidRDefault="003F14EC"/>
        </w:tc>
        <w:tc>
          <w:tcPr>
            <w:tcW w:w="3888" w:type="dxa"/>
          </w:tcPr>
          <w:p w14:paraId="618B2FFA" w14:textId="77777777" w:rsidR="003F14EC" w:rsidRDefault="003F14EC">
            <w:pPr>
              <w:spacing w:before="300"/>
            </w:pPr>
          </w:p>
        </w:tc>
      </w:tr>
      <w:tr w:rsidR="003F14EC" w14:paraId="7A92F075" w14:textId="77777777">
        <w:trPr>
          <w:jc w:val="center"/>
        </w:trPr>
        <w:tc>
          <w:tcPr>
            <w:tcW w:w="4608" w:type="dxa"/>
          </w:tcPr>
          <w:p w14:paraId="5F5064A8" w14:textId="77777777" w:rsidR="003F14EC" w:rsidRDefault="00000000">
            <w:proofErr w:type="gramStart"/>
            <w:r>
              <w:rPr>
                <w:rFonts w:ascii="Times New Roman" w:hAnsi="Times New Roman"/>
                <w:sz w:val="19"/>
              </w:rPr>
              <w:t>( ............................................................</w:t>
            </w:r>
            <w:proofErr w:type="gramEnd"/>
            <w:r>
              <w:rPr>
                <w:rFonts w:ascii="Times New Roman" w:hAnsi="Times New Roman"/>
                <w:sz w:val="19"/>
              </w:rPr>
              <w:t xml:space="preserve"> )</w:t>
            </w:r>
            <w:r>
              <w:rPr>
                <w:rFonts w:ascii="Times New Roman" w:hAnsi="Times New Roman"/>
                <w:sz w:val="19"/>
              </w:rPr>
              <w:br/>
            </w:r>
            <w:proofErr w:type="spellStart"/>
            <w:r>
              <w:rPr>
                <w:rFonts w:ascii="Times New Roman" w:hAnsi="Times New Roman"/>
                <w:sz w:val="19"/>
              </w:rPr>
              <w:t>Jabatan</w:t>
            </w:r>
            <w:proofErr w:type="spellEnd"/>
            <w:r>
              <w:rPr>
                <w:rFonts w:ascii="Times New Roman" w:hAnsi="Times New Roman"/>
                <w:sz w:val="19"/>
              </w:rPr>
              <w:t>, Tanda Tangan &amp; Stempel</w:t>
            </w:r>
          </w:p>
        </w:tc>
        <w:tc>
          <w:tcPr>
            <w:tcW w:w="864" w:type="dxa"/>
          </w:tcPr>
          <w:p w14:paraId="2A326FC7" w14:textId="77777777" w:rsidR="003F14EC" w:rsidRDefault="003F14EC"/>
        </w:tc>
        <w:tc>
          <w:tcPr>
            <w:tcW w:w="3888" w:type="dxa"/>
          </w:tcPr>
          <w:p w14:paraId="6BF6EA99" w14:textId="77777777" w:rsidR="003F14EC" w:rsidRDefault="00000000">
            <w:proofErr w:type="gramStart"/>
            <w:r>
              <w:rPr>
                <w:rFonts w:ascii="Times New Roman" w:hAnsi="Times New Roman"/>
                <w:sz w:val="19"/>
              </w:rPr>
              <w:t>( ............................................................</w:t>
            </w:r>
            <w:proofErr w:type="gramEnd"/>
            <w:r>
              <w:rPr>
                <w:rFonts w:ascii="Times New Roman" w:hAnsi="Times New Roman"/>
                <w:sz w:val="19"/>
              </w:rPr>
              <w:t xml:space="preserve"> )</w:t>
            </w:r>
            <w:r>
              <w:rPr>
                <w:rFonts w:ascii="Times New Roman" w:hAnsi="Times New Roman"/>
                <w:sz w:val="19"/>
              </w:rPr>
              <w:br/>
              <w:t xml:space="preserve">Nama </w:t>
            </w:r>
            <w:proofErr w:type="spellStart"/>
            <w:r>
              <w:rPr>
                <w:rFonts w:ascii="Times New Roman" w:hAnsi="Times New Roman"/>
                <w:sz w:val="19"/>
              </w:rPr>
              <w:t>Lengkap</w:t>
            </w:r>
            <w:proofErr w:type="spellEnd"/>
            <w:r>
              <w:rPr>
                <w:rFonts w:ascii="Times New Roman" w:hAnsi="Times New Roman"/>
                <w:sz w:val="19"/>
              </w:rPr>
              <w:t xml:space="preserve"> Pemohon</w:t>
            </w:r>
          </w:p>
        </w:tc>
      </w:tr>
    </w:tbl>
    <w:p w14:paraId="721FA286" w14:textId="77777777" w:rsidR="00386649" w:rsidRDefault="00386649"/>
    <w:p w14:paraId="04360D79" w14:textId="77777777" w:rsidR="004B7CF5" w:rsidRDefault="004B7CF5"/>
    <w:p w14:paraId="74A70B16" w14:textId="77777777" w:rsidR="004B7CF5" w:rsidRDefault="004B7CF5"/>
    <w:p w14:paraId="769D9C3A" w14:textId="77777777" w:rsidR="004B7CF5" w:rsidRDefault="004B7CF5"/>
    <w:p w14:paraId="0A66CC8F" w14:textId="77777777" w:rsidR="004B7CF5" w:rsidRDefault="004B7CF5"/>
    <w:p w14:paraId="4BFA61EA" w14:textId="77777777" w:rsidR="004B7CF5" w:rsidRDefault="004B7CF5"/>
    <w:p w14:paraId="78E35D3C" w14:textId="77777777" w:rsidR="004B7CF5" w:rsidRDefault="004B7CF5"/>
    <w:p w14:paraId="5BB7E1AE" w14:textId="77777777" w:rsidR="004B7CF5" w:rsidRDefault="004B7CF5"/>
    <w:p w14:paraId="62ACA897" w14:textId="77777777" w:rsidR="004B7CF5" w:rsidRDefault="004B7CF5"/>
    <w:p w14:paraId="096D6269" w14:textId="77777777" w:rsidR="004B7CF5" w:rsidRDefault="004B7CF5"/>
    <w:p w14:paraId="744B7DA1" w14:textId="77777777" w:rsidR="004B7CF5" w:rsidRDefault="004B7CF5"/>
    <w:p w14:paraId="443AA7C8" w14:textId="77777777" w:rsidR="004B7CF5" w:rsidRDefault="004B7CF5"/>
    <w:p w14:paraId="4A9480F1" w14:textId="77777777" w:rsidR="004B7CF5" w:rsidRDefault="004B7CF5"/>
    <w:p w14:paraId="36E7D768" w14:textId="77777777" w:rsidR="004B7CF5" w:rsidRPr="00D01896" w:rsidRDefault="004B7CF5" w:rsidP="004B7CF5">
      <w:pPr>
        <w:pStyle w:val="BodyText"/>
        <w:ind w:left="3533"/>
        <w:rPr>
          <w:rFonts w:ascii="Times New Roman"/>
          <w:sz w:val="24"/>
          <w:szCs w:val="24"/>
        </w:rPr>
      </w:pPr>
      <w:r w:rsidRPr="00D01896">
        <w:rPr>
          <w:rFonts w:ascii="Times New Roman"/>
          <w:noProof/>
          <w:sz w:val="24"/>
          <w:szCs w:val="24"/>
        </w:rPr>
        <w:lastRenderedPageBreak/>
        <w:drawing>
          <wp:inline distT="0" distB="0" distL="0" distR="0" wp14:anchorId="1CFFD67E" wp14:editId="1DD47199">
            <wp:extent cx="1603157" cy="182022"/>
            <wp:effectExtent l="0" t="0" r="0" b="0"/>
            <wp:docPr id="1" name="image1.png" descr="A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157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8286" w14:textId="77777777" w:rsidR="004B7CF5" w:rsidRPr="00D01896" w:rsidRDefault="004B7CF5" w:rsidP="004B7CF5">
      <w:pPr>
        <w:pStyle w:val="BodyText"/>
        <w:spacing w:before="1"/>
        <w:rPr>
          <w:rFonts w:ascii="Times New Roman"/>
          <w:sz w:val="24"/>
          <w:szCs w:val="24"/>
        </w:rPr>
      </w:pPr>
    </w:p>
    <w:p w14:paraId="5A7F5566" w14:textId="77777777" w:rsidR="004B7CF5" w:rsidRPr="00D01896" w:rsidRDefault="004B7CF5" w:rsidP="00D01896">
      <w:pPr>
        <w:pStyle w:val="Title"/>
        <w:jc w:val="center"/>
        <w:rPr>
          <w:rFonts w:asciiTheme="majorBidi" w:hAnsiTheme="majorBidi"/>
          <w:sz w:val="24"/>
          <w:szCs w:val="24"/>
        </w:rPr>
      </w:pPr>
      <w:proofErr w:type="spellStart"/>
      <w:r w:rsidRPr="00D01896">
        <w:rPr>
          <w:rFonts w:asciiTheme="majorBidi" w:hAnsiTheme="majorBidi"/>
          <w:w w:val="80"/>
          <w:sz w:val="24"/>
          <w:szCs w:val="24"/>
        </w:rPr>
        <w:t>Sabda</w:t>
      </w:r>
      <w:proofErr w:type="spellEnd"/>
      <w:r w:rsidRPr="00D01896">
        <w:rPr>
          <w:rFonts w:asciiTheme="majorBidi" w:hAnsiTheme="majorBidi"/>
          <w:spacing w:val="10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/>
          <w:w w:val="80"/>
          <w:sz w:val="24"/>
          <w:szCs w:val="24"/>
        </w:rPr>
        <w:t>Rasulullah</w:t>
      </w:r>
      <w:r w:rsidRPr="00D01896">
        <w:rPr>
          <w:rFonts w:asciiTheme="majorBidi" w:hAnsiTheme="majorBidi"/>
          <w:spacing w:val="10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/>
          <w:w w:val="80"/>
          <w:sz w:val="24"/>
          <w:szCs w:val="24"/>
        </w:rPr>
        <w:t>SAW</w:t>
      </w:r>
      <w:r w:rsidRPr="00D01896">
        <w:rPr>
          <w:rFonts w:asciiTheme="majorBidi" w:hAnsiTheme="majorBidi"/>
          <w:spacing w:val="12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/>
          <w:w w:val="80"/>
          <w:sz w:val="24"/>
          <w:szCs w:val="24"/>
        </w:rPr>
        <w:t>H.R</w:t>
      </w:r>
      <w:r w:rsidRPr="00D01896">
        <w:rPr>
          <w:rFonts w:asciiTheme="majorBidi" w:hAnsiTheme="majorBidi"/>
          <w:spacing w:val="12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/>
          <w:w w:val="80"/>
          <w:sz w:val="24"/>
          <w:szCs w:val="24"/>
        </w:rPr>
        <w:t>Muslim</w:t>
      </w:r>
    </w:p>
    <w:p w14:paraId="1F98128D" w14:textId="72E44662" w:rsidR="004B7CF5" w:rsidRPr="00D01896" w:rsidRDefault="004B7CF5" w:rsidP="00D01896">
      <w:pPr>
        <w:ind w:right="1398"/>
        <w:jc w:val="center"/>
        <w:rPr>
          <w:rFonts w:asciiTheme="majorBidi" w:hAnsiTheme="majorBidi" w:cstheme="majorBidi"/>
          <w:i/>
          <w:sz w:val="24"/>
          <w:szCs w:val="24"/>
        </w:rPr>
      </w:pP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“Orang</w:t>
      </w:r>
      <w:r w:rsidRPr="00D01896">
        <w:rPr>
          <w:rFonts w:asciiTheme="majorBidi" w:hAnsiTheme="majorBidi" w:cstheme="majorBidi"/>
          <w:i/>
          <w:spacing w:val="8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i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melepaskan</w:t>
      </w:r>
      <w:proofErr w:type="spellEnd"/>
      <w:r w:rsidRPr="00D01896">
        <w:rPr>
          <w:rFonts w:asciiTheme="majorBidi" w:hAnsiTheme="majorBidi" w:cstheme="majorBidi"/>
          <w:i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seorang</w:t>
      </w:r>
      <w:proofErr w:type="spellEnd"/>
      <w:r w:rsidRPr="00D01896">
        <w:rPr>
          <w:rFonts w:asciiTheme="majorBidi" w:hAnsiTheme="majorBidi" w:cstheme="majorBidi"/>
          <w:i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muslim</w:t>
      </w:r>
      <w:proofErr w:type="spellEnd"/>
      <w:r w:rsidRPr="00D01896">
        <w:rPr>
          <w:rFonts w:asciiTheme="majorBidi" w:hAnsiTheme="majorBidi" w:cstheme="majorBidi"/>
          <w:i/>
          <w:spacing w:val="1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dari</w:t>
      </w:r>
      <w:proofErr w:type="spellEnd"/>
      <w:r w:rsidRPr="00D01896">
        <w:rPr>
          <w:rFonts w:asciiTheme="majorBidi" w:hAnsiTheme="majorBidi" w:cstheme="majorBidi"/>
          <w:i/>
          <w:spacing w:val="1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kesulitannya</w:t>
      </w:r>
      <w:proofErr w:type="spellEnd"/>
      <w:r w:rsidRPr="00D01896">
        <w:rPr>
          <w:rFonts w:asciiTheme="majorBidi" w:hAnsiTheme="majorBidi" w:cstheme="majorBidi"/>
          <w:i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didunia</w:t>
      </w:r>
      <w:proofErr w:type="spellEnd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,</w:t>
      </w:r>
      <w:r w:rsidRPr="00D01896">
        <w:rPr>
          <w:rFonts w:asciiTheme="majorBidi" w:hAnsiTheme="majorBidi" w:cstheme="majorBidi"/>
          <w:i/>
          <w:spacing w:val="1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Allah</w:t>
      </w:r>
      <w:r w:rsidRPr="00D01896">
        <w:rPr>
          <w:rFonts w:asciiTheme="majorBidi" w:hAnsiTheme="majorBidi" w:cstheme="majorBidi"/>
          <w:i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akan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melepaskan</w:t>
      </w:r>
      <w:proofErr w:type="spellEnd"/>
      <w:r w:rsidRPr="00D01896">
        <w:rPr>
          <w:rFonts w:asciiTheme="majorBidi" w:hAnsiTheme="majorBidi" w:cstheme="majorBidi"/>
          <w:i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kesulitannya</w:t>
      </w:r>
      <w:proofErr w:type="spellEnd"/>
      <w:r w:rsidRPr="00D01896">
        <w:rPr>
          <w:rFonts w:asciiTheme="majorBidi" w:hAnsiTheme="majorBidi" w:cstheme="majorBidi"/>
          <w:i/>
          <w:spacing w:val="6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di</w:t>
      </w:r>
      <w:r w:rsidRPr="00D01896">
        <w:rPr>
          <w:rFonts w:asciiTheme="majorBidi" w:hAnsiTheme="majorBidi" w:cstheme="majorBidi"/>
          <w:i/>
          <w:spacing w:val="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hari</w:t>
      </w:r>
      <w:proofErr w:type="spellEnd"/>
      <w:r w:rsidRPr="00D01896">
        <w:rPr>
          <w:rFonts w:asciiTheme="majorBidi" w:hAnsiTheme="majorBidi" w:cstheme="majorBidi"/>
          <w:i/>
          <w:spacing w:val="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kiamat</w:t>
      </w:r>
      <w:proofErr w:type="spellEnd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.</w:t>
      </w:r>
      <w:r w:rsidRPr="00D01896">
        <w:rPr>
          <w:rFonts w:asciiTheme="majorBidi" w:hAnsiTheme="majorBidi" w:cstheme="majorBidi"/>
          <w:i/>
          <w:spacing w:val="4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Dan</w:t>
      </w:r>
      <w:r w:rsidRPr="00D01896">
        <w:rPr>
          <w:rFonts w:asciiTheme="majorBidi" w:hAnsiTheme="majorBidi" w:cstheme="majorBidi"/>
          <w:i/>
          <w:spacing w:val="5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Allah</w:t>
      </w:r>
      <w:r w:rsidRPr="00D01896">
        <w:rPr>
          <w:rFonts w:asciiTheme="majorBidi" w:hAnsiTheme="majorBidi" w:cstheme="majorBidi"/>
          <w:i/>
          <w:spacing w:val="6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senantiasa</w:t>
      </w:r>
      <w:proofErr w:type="spellEnd"/>
      <w:r w:rsidRPr="00D01896">
        <w:rPr>
          <w:rFonts w:asciiTheme="majorBidi" w:hAnsiTheme="majorBidi" w:cstheme="majorBidi"/>
          <w:i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menolong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hamba-Nya</w:t>
      </w:r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selama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ia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suka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menolong</w:t>
      </w:r>
      <w:proofErr w:type="spellEnd"/>
      <w:r w:rsidRPr="00D01896">
        <w:rPr>
          <w:rFonts w:asciiTheme="majorBidi" w:hAnsiTheme="majorBidi" w:cstheme="majorBidi"/>
          <w:i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saudaranya</w:t>
      </w:r>
      <w:proofErr w:type="spellEnd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”</w:t>
      </w:r>
    </w:p>
    <w:p w14:paraId="280C6B70" w14:textId="77777777" w:rsidR="004B7CF5" w:rsidRPr="00D01896" w:rsidRDefault="004B7CF5" w:rsidP="004B7CF5">
      <w:pPr>
        <w:pStyle w:val="BodyText"/>
        <w:tabs>
          <w:tab w:val="left" w:leader="dot" w:pos="9517"/>
        </w:tabs>
        <w:spacing w:line="279" w:lineRule="exact"/>
        <w:ind w:left="100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Dengan</w:t>
      </w:r>
      <w:proofErr w:type="spellEnd"/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menyebut</w:t>
      </w:r>
      <w:proofErr w:type="spellEnd"/>
      <w:r w:rsidRPr="00D01896">
        <w:rPr>
          <w:rFonts w:asciiTheme="majorBidi" w:hAnsiTheme="majorBidi" w:cstheme="majorBidi"/>
          <w:spacing w:val="21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Asma</w:t>
      </w:r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Allah</w:t>
      </w:r>
      <w:r w:rsidRPr="00D01896">
        <w:rPr>
          <w:rFonts w:asciiTheme="majorBidi" w:hAnsiTheme="majorBidi" w:cstheme="majorBidi"/>
          <w:spacing w:val="20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2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Maha</w:t>
      </w:r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Pengasih</w:t>
      </w:r>
      <w:proofErr w:type="spellEnd"/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lagi</w:t>
      </w:r>
      <w:proofErr w:type="spellEnd"/>
      <w:r w:rsidRPr="00D01896">
        <w:rPr>
          <w:rFonts w:asciiTheme="majorBidi" w:hAnsiTheme="majorBidi" w:cstheme="majorBidi"/>
          <w:spacing w:val="2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Maha</w:t>
      </w:r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Penyayang,</w:t>
      </w:r>
      <w:r w:rsidRPr="00D01896">
        <w:rPr>
          <w:rFonts w:asciiTheme="majorBidi" w:hAnsiTheme="majorBidi" w:cstheme="majorBidi"/>
          <w:spacing w:val="18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pada</w:t>
      </w:r>
      <w:r w:rsidRPr="00D01896">
        <w:rPr>
          <w:rFonts w:asciiTheme="majorBidi" w:hAnsiTheme="majorBidi" w:cstheme="majorBidi"/>
          <w:spacing w:val="19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hari</w:t>
      </w:r>
      <w:proofErr w:type="spellEnd"/>
      <w:r w:rsidRPr="00D01896">
        <w:rPr>
          <w:rFonts w:asciiTheme="majorBidi" w:hAnsiTheme="majorBidi" w:cstheme="majorBidi"/>
          <w:spacing w:val="18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ini</w:t>
      </w:r>
      <w:proofErr w:type="spellEnd"/>
      <w:r w:rsidRPr="00D01896">
        <w:rPr>
          <w:rFonts w:asciiTheme="majorBidi" w:hAnsiTheme="majorBidi" w:cstheme="majorBidi"/>
          <w:w w:val="85"/>
          <w:sz w:val="24"/>
          <w:szCs w:val="24"/>
        </w:rPr>
        <w:tab/>
      </w:r>
      <w:r w:rsidRPr="00D01896">
        <w:rPr>
          <w:rFonts w:asciiTheme="majorBidi" w:hAnsiTheme="majorBidi" w:cstheme="majorBidi"/>
          <w:b/>
          <w:w w:val="90"/>
          <w:sz w:val="24"/>
          <w:szCs w:val="24"/>
        </w:rPr>
        <w:t>,</w:t>
      </w:r>
    </w:p>
    <w:p w14:paraId="4AC45FD4" w14:textId="27FEBEA3" w:rsidR="004B7CF5" w:rsidRPr="00D01896" w:rsidRDefault="004B7CF5" w:rsidP="00D01896">
      <w:pPr>
        <w:pStyle w:val="BodyText"/>
        <w:tabs>
          <w:tab w:val="left" w:leader="dot" w:pos="4916"/>
        </w:tabs>
        <w:spacing w:line="274" w:lineRule="exact"/>
        <w:ind w:left="100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bertepatan</w:t>
      </w:r>
      <w:proofErr w:type="spellEnd"/>
      <w:r w:rsidRPr="00D01896">
        <w:rPr>
          <w:rFonts w:asciiTheme="majorBidi" w:hAnsiTheme="majorBidi" w:cstheme="majorBidi"/>
          <w:spacing w:val="1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dengan</w:t>
      </w:r>
      <w:proofErr w:type="spellEnd"/>
      <w:r w:rsidRPr="00D01896">
        <w:rPr>
          <w:rFonts w:asciiTheme="majorBidi" w:hAnsiTheme="majorBidi" w:cstheme="majorBidi"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tanggal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................................</w:t>
      </w:r>
      <w:r w:rsidRPr="00D01896">
        <w:rPr>
          <w:rFonts w:asciiTheme="majorBidi" w:hAnsiTheme="majorBidi" w:cstheme="majorBidi"/>
          <w:spacing w:val="16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20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ab/>
        <w:t>,</w:t>
      </w:r>
      <w:r w:rsidRPr="00D01896">
        <w:rPr>
          <w:rFonts w:asciiTheme="majorBidi" w:hAnsiTheme="majorBidi" w:cstheme="majorBidi"/>
          <w:spacing w:val="1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Kami</w:t>
      </w:r>
      <w:r w:rsidRPr="00D01896">
        <w:rPr>
          <w:rFonts w:asciiTheme="majorBidi" w:hAnsiTheme="majorBidi" w:cstheme="majorBidi"/>
          <w:spacing w:val="10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bertanda</w:t>
      </w:r>
      <w:proofErr w:type="spellEnd"/>
      <w:r w:rsidRPr="00D01896">
        <w:rPr>
          <w:rFonts w:asciiTheme="majorBidi" w:hAnsiTheme="majorBidi" w:cstheme="majorBidi"/>
          <w:spacing w:val="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tangan</w:t>
      </w:r>
      <w:proofErr w:type="spellEnd"/>
      <w:r w:rsidRPr="00D01896">
        <w:rPr>
          <w:rFonts w:asciiTheme="majorBidi" w:hAnsiTheme="majorBidi" w:cstheme="majorBidi"/>
          <w:spacing w:val="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dibawah</w:t>
      </w:r>
      <w:proofErr w:type="spellEnd"/>
      <w:r w:rsidRPr="00D01896">
        <w:rPr>
          <w:rFonts w:asciiTheme="majorBidi" w:hAnsiTheme="majorBidi" w:cstheme="majorBidi"/>
          <w:spacing w:val="9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ini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:</w:t>
      </w:r>
    </w:p>
    <w:p w14:paraId="6A9D2FA4" w14:textId="77777777" w:rsidR="004B7CF5" w:rsidRPr="00D01896" w:rsidRDefault="004B7CF5" w:rsidP="009233DF">
      <w:pPr>
        <w:pStyle w:val="BodyText"/>
        <w:tabs>
          <w:tab w:val="left" w:pos="2981"/>
        </w:tabs>
        <w:spacing w:before="1" w:line="240" w:lineRule="auto"/>
        <w:rPr>
          <w:rFonts w:asciiTheme="majorBidi" w:hAnsiTheme="majorBidi" w:cstheme="majorBidi"/>
          <w:sz w:val="24"/>
          <w:szCs w:val="24"/>
        </w:rPr>
      </w:pPr>
      <w:r w:rsidRPr="00D01896">
        <w:rPr>
          <w:rFonts w:asciiTheme="majorBidi" w:hAnsiTheme="majorBidi" w:cstheme="majorBidi"/>
          <w:w w:val="90"/>
          <w:sz w:val="24"/>
          <w:szCs w:val="24"/>
        </w:rPr>
        <w:t>Nama</w:t>
      </w:r>
      <w:r w:rsidRPr="00D01896">
        <w:rPr>
          <w:rFonts w:asciiTheme="majorBidi" w:hAnsiTheme="majorBidi" w:cstheme="majorBidi"/>
          <w:w w:val="90"/>
          <w:sz w:val="24"/>
          <w:szCs w:val="24"/>
        </w:rPr>
        <w:tab/>
      </w:r>
      <w:r w:rsidRPr="00D01896">
        <w:rPr>
          <w:rFonts w:asciiTheme="majorBidi" w:hAnsiTheme="majorBidi" w:cstheme="majorBidi"/>
          <w:w w:val="80"/>
          <w:sz w:val="24"/>
          <w:szCs w:val="24"/>
        </w:rPr>
        <w:t>:</w:t>
      </w:r>
      <w:r w:rsidRPr="00D01896">
        <w:rPr>
          <w:rFonts w:asciiTheme="majorBidi" w:hAnsiTheme="majorBidi" w:cstheme="majorBidi"/>
          <w:spacing w:val="63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..............................................................................</w:t>
      </w:r>
    </w:p>
    <w:p w14:paraId="2B398870" w14:textId="77777777" w:rsidR="004B7CF5" w:rsidRPr="00D01896" w:rsidRDefault="004B7CF5" w:rsidP="009233DF">
      <w:pPr>
        <w:pStyle w:val="BodyText"/>
        <w:tabs>
          <w:tab w:val="left" w:pos="2981"/>
        </w:tabs>
        <w:spacing w:before="136" w:line="240" w:lineRule="auto"/>
        <w:rPr>
          <w:rFonts w:asciiTheme="majorBidi" w:hAnsiTheme="majorBidi" w:cstheme="majorBidi"/>
          <w:sz w:val="24"/>
          <w:szCs w:val="24"/>
        </w:rPr>
      </w:pPr>
      <w:r w:rsidRPr="00D01896">
        <w:rPr>
          <w:rFonts w:asciiTheme="majorBidi" w:hAnsiTheme="majorBidi" w:cstheme="majorBidi"/>
          <w:w w:val="80"/>
          <w:sz w:val="24"/>
          <w:szCs w:val="24"/>
        </w:rPr>
        <w:t>No</w:t>
      </w:r>
      <w:r w:rsidRPr="00D01896">
        <w:rPr>
          <w:rFonts w:asciiTheme="majorBidi" w:hAnsiTheme="majorBidi" w:cstheme="majorBidi"/>
          <w:spacing w:val="3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NIK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ab/>
        <w:t>:</w:t>
      </w:r>
      <w:r w:rsidRPr="00D01896">
        <w:rPr>
          <w:rFonts w:asciiTheme="majorBidi" w:hAnsiTheme="majorBidi" w:cstheme="majorBidi"/>
          <w:spacing w:val="63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..............................................................................</w:t>
      </w:r>
    </w:p>
    <w:p w14:paraId="5933ECB4" w14:textId="77777777" w:rsidR="004B7CF5" w:rsidRPr="00D01896" w:rsidRDefault="004B7CF5" w:rsidP="009233DF">
      <w:pPr>
        <w:pStyle w:val="BodyText"/>
        <w:tabs>
          <w:tab w:val="left" w:pos="2981"/>
        </w:tabs>
        <w:spacing w:before="138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Tempat</w:t>
      </w:r>
      <w:proofErr w:type="spellEnd"/>
      <w:r w:rsidRPr="00D01896">
        <w:rPr>
          <w:rFonts w:asciiTheme="majorBidi" w:hAnsiTheme="majorBidi" w:cstheme="majorBidi"/>
          <w:spacing w:val="6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Tanggal</w:t>
      </w:r>
      <w:proofErr w:type="spellEnd"/>
      <w:r w:rsidRPr="00D01896">
        <w:rPr>
          <w:rFonts w:asciiTheme="majorBidi" w:hAnsiTheme="majorBidi" w:cstheme="majorBidi"/>
          <w:spacing w:val="7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Lahir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ab/>
        <w:t>:</w:t>
      </w:r>
      <w:r w:rsidRPr="00D01896">
        <w:rPr>
          <w:rFonts w:asciiTheme="majorBidi" w:hAnsiTheme="majorBidi" w:cstheme="majorBidi"/>
          <w:spacing w:val="63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..............................................................................</w:t>
      </w:r>
    </w:p>
    <w:p w14:paraId="380CA230" w14:textId="77777777" w:rsidR="004B7CF5" w:rsidRPr="00D01896" w:rsidRDefault="004B7CF5" w:rsidP="009233DF">
      <w:pPr>
        <w:pStyle w:val="BodyText"/>
        <w:tabs>
          <w:tab w:val="left" w:pos="2981"/>
        </w:tabs>
        <w:spacing w:before="136" w:line="240" w:lineRule="auto"/>
        <w:rPr>
          <w:rFonts w:asciiTheme="majorBidi" w:hAnsiTheme="majorBidi" w:cstheme="majorBidi"/>
          <w:sz w:val="24"/>
          <w:szCs w:val="24"/>
        </w:rPr>
      </w:pPr>
      <w:r w:rsidRPr="00D01896">
        <w:rPr>
          <w:rFonts w:asciiTheme="majorBidi" w:hAnsiTheme="majorBidi" w:cstheme="majorBidi"/>
          <w:w w:val="90"/>
          <w:sz w:val="24"/>
          <w:szCs w:val="24"/>
        </w:rPr>
        <w:t>Alamat</w:t>
      </w:r>
      <w:r w:rsidRPr="00D01896">
        <w:rPr>
          <w:rFonts w:asciiTheme="majorBidi" w:hAnsiTheme="majorBidi" w:cstheme="majorBidi"/>
          <w:w w:val="90"/>
          <w:sz w:val="24"/>
          <w:szCs w:val="24"/>
        </w:rPr>
        <w:tab/>
      </w:r>
      <w:r w:rsidRPr="00D01896">
        <w:rPr>
          <w:rFonts w:asciiTheme="majorBidi" w:hAnsiTheme="majorBidi" w:cstheme="majorBidi"/>
          <w:w w:val="80"/>
          <w:sz w:val="24"/>
          <w:szCs w:val="24"/>
        </w:rPr>
        <w:t>:</w:t>
      </w:r>
      <w:r w:rsidRPr="00D01896">
        <w:rPr>
          <w:rFonts w:asciiTheme="majorBidi" w:hAnsiTheme="majorBidi" w:cstheme="majorBidi"/>
          <w:spacing w:val="62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..............................................................................</w:t>
      </w:r>
    </w:p>
    <w:p w14:paraId="1D0B378A" w14:textId="5765D4C5" w:rsidR="004B7CF5" w:rsidRPr="00D01896" w:rsidRDefault="004B7CF5" w:rsidP="009233DF">
      <w:pPr>
        <w:pStyle w:val="BodyText"/>
        <w:spacing w:before="137" w:line="240" w:lineRule="auto"/>
        <w:ind w:left="3087"/>
        <w:rPr>
          <w:rFonts w:asciiTheme="majorBidi" w:hAnsiTheme="majorBidi" w:cstheme="majorBidi"/>
          <w:sz w:val="24"/>
          <w:szCs w:val="24"/>
        </w:rPr>
      </w:pPr>
      <w:r w:rsidRPr="00D01896">
        <w:rPr>
          <w:rFonts w:asciiTheme="majorBidi" w:hAnsiTheme="majorBidi" w:cstheme="majorBidi"/>
          <w:w w:val="90"/>
          <w:sz w:val="24"/>
          <w:szCs w:val="24"/>
        </w:rPr>
        <w:t>..............................................................................</w:t>
      </w:r>
    </w:p>
    <w:p w14:paraId="525E630D" w14:textId="77777777" w:rsidR="004B7CF5" w:rsidRPr="00D01896" w:rsidRDefault="004B7CF5" w:rsidP="00D01896">
      <w:pPr>
        <w:pStyle w:val="BodyText"/>
        <w:spacing w:line="275" w:lineRule="exact"/>
        <w:ind w:left="1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Dengan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ini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kami</w:t>
      </w:r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menyatakan</w:t>
      </w:r>
      <w:proofErr w:type="spellEnd"/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bahwa</w:t>
      </w:r>
      <w:proofErr w:type="spellEnd"/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sanggup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dan</w:t>
      </w:r>
      <w:r w:rsidRPr="00D01896">
        <w:rPr>
          <w:rFonts w:asciiTheme="majorBidi" w:hAnsiTheme="majorBidi" w:cstheme="majorBidi"/>
          <w:spacing w:val="1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mampu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untuk</w:t>
      </w:r>
      <w:proofErr w:type="spellEnd"/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memenuhi</w:t>
      </w:r>
      <w:proofErr w:type="spellEnd"/>
      <w:r w:rsidRPr="00D01896">
        <w:rPr>
          <w:rFonts w:asciiTheme="majorBidi" w:hAnsiTheme="majorBidi" w:cstheme="majorBidi"/>
          <w:spacing w:val="1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pernyataan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sebagai</w:t>
      </w:r>
      <w:proofErr w:type="spellEnd"/>
      <w:r w:rsidRPr="00D01896">
        <w:rPr>
          <w:rFonts w:asciiTheme="majorBidi" w:hAnsiTheme="majorBidi" w:cstheme="majorBidi"/>
          <w:spacing w:val="11"/>
          <w:w w:val="80"/>
          <w:sz w:val="24"/>
          <w:szCs w:val="24"/>
        </w:rPr>
        <w:t xml:space="preserve"> </w:t>
      </w:r>
      <w:proofErr w:type="spellStart"/>
      <w:proofErr w:type="gramStart"/>
      <w:r w:rsidRPr="00D01896">
        <w:rPr>
          <w:rFonts w:asciiTheme="majorBidi" w:hAnsiTheme="majorBidi" w:cstheme="majorBidi"/>
          <w:w w:val="80"/>
          <w:sz w:val="24"/>
          <w:szCs w:val="24"/>
        </w:rPr>
        <w:t>berikut</w:t>
      </w:r>
      <w:proofErr w:type="spellEnd"/>
      <w:r w:rsidRPr="00D01896">
        <w:rPr>
          <w:rFonts w:asciiTheme="majorBidi" w:hAnsiTheme="majorBidi" w:cstheme="majorBidi"/>
          <w:spacing w:val="10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:</w:t>
      </w:r>
      <w:proofErr w:type="gramEnd"/>
    </w:p>
    <w:p w14:paraId="0A0AD33A" w14:textId="77777777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74" w:lineRule="exact"/>
        <w:contextualSpacing w:val="0"/>
        <w:jc w:val="both"/>
        <w:rPr>
          <w:rFonts w:asciiTheme="majorBidi" w:hAnsiTheme="majorBidi" w:cstheme="majorBidi"/>
          <w:i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Berakhlaqul</w:t>
      </w:r>
      <w:proofErr w:type="spellEnd"/>
      <w:r w:rsidRPr="00D01896">
        <w:rPr>
          <w:rFonts w:asciiTheme="majorBidi" w:hAnsiTheme="majorBidi" w:cstheme="majorBidi"/>
          <w:spacing w:val="20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karimah</w:t>
      </w:r>
      <w:proofErr w:type="spellEnd"/>
      <w:r w:rsidRPr="00D01896">
        <w:rPr>
          <w:rFonts w:asciiTheme="majorBidi" w:hAnsiTheme="majorBidi" w:cstheme="majorBidi"/>
          <w:spacing w:val="23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(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pelaksanaan</w:t>
      </w:r>
      <w:proofErr w:type="spellEnd"/>
      <w:r w:rsidRPr="00D01896">
        <w:rPr>
          <w:rFonts w:asciiTheme="majorBidi" w:hAnsiTheme="majorBidi" w:cstheme="majorBidi"/>
          <w:spacing w:val="24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ibadah</w:t>
      </w:r>
      <w:r w:rsidRPr="00D01896">
        <w:rPr>
          <w:rFonts w:asciiTheme="majorBidi" w:hAnsiTheme="majorBidi" w:cstheme="majorBidi"/>
          <w:spacing w:val="2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wajib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,</w:t>
      </w:r>
      <w:r w:rsidRPr="00D01896">
        <w:rPr>
          <w:rFonts w:asciiTheme="majorBidi" w:hAnsiTheme="majorBidi" w:cstheme="majorBidi"/>
          <w:spacing w:val="19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majelis</w:t>
      </w:r>
      <w:proofErr w:type="spellEnd"/>
      <w:r w:rsidRPr="00D01896">
        <w:rPr>
          <w:rFonts w:asciiTheme="majorBidi" w:hAnsiTheme="majorBidi" w:cstheme="majorBidi"/>
          <w:spacing w:val="2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pengajian</w:t>
      </w:r>
      <w:proofErr w:type="spellEnd"/>
      <w:r w:rsidRPr="00D01896">
        <w:rPr>
          <w:rFonts w:asciiTheme="majorBidi" w:hAnsiTheme="majorBidi" w:cstheme="majorBidi"/>
          <w:spacing w:val="23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2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tidak</w:t>
      </w:r>
      <w:proofErr w:type="spellEnd"/>
      <w:r w:rsidRPr="00D01896">
        <w:rPr>
          <w:rFonts w:asciiTheme="majorBidi" w:hAnsiTheme="majorBidi" w:cstheme="majorBidi"/>
          <w:spacing w:val="2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adanya</w:t>
      </w:r>
      <w:proofErr w:type="spellEnd"/>
      <w:r w:rsidRPr="00D01896">
        <w:rPr>
          <w:rFonts w:asciiTheme="majorBidi" w:hAnsiTheme="majorBidi" w:cstheme="majorBidi"/>
          <w:spacing w:val="2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unsur</w:t>
      </w:r>
      <w:proofErr w:type="spellEnd"/>
      <w:r w:rsidRPr="00D01896">
        <w:rPr>
          <w:rFonts w:asciiTheme="majorBidi" w:hAnsiTheme="majorBidi" w:cstheme="majorBidi"/>
          <w:spacing w:val="46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gharar</w:t>
      </w:r>
      <w:proofErr w:type="spellEnd"/>
    </w:p>
    <w:p w14:paraId="5C5601F4" w14:textId="77777777" w:rsidR="004B7CF5" w:rsidRPr="00D01896" w:rsidRDefault="004B7CF5" w:rsidP="00D01896">
      <w:pPr>
        <w:pStyle w:val="BodyText"/>
        <w:numPr>
          <w:ilvl w:val="0"/>
          <w:numId w:val="16"/>
        </w:numPr>
        <w:spacing w:line="275" w:lineRule="exact"/>
        <w:jc w:val="both"/>
        <w:rPr>
          <w:rFonts w:asciiTheme="majorBidi" w:hAnsiTheme="majorBidi" w:cstheme="majorBidi"/>
          <w:i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dalam</w:t>
      </w:r>
      <w:proofErr w:type="spellEnd"/>
      <w:r w:rsidRPr="00D01896">
        <w:rPr>
          <w:rFonts w:asciiTheme="majorBidi" w:hAnsiTheme="majorBidi" w:cstheme="majorBidi"/>
          <w:spacing w:val="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transaksi</w:t>
      </w:r>
      <w:proofErr w:type="spellEnd"/>
      <w:r w:rsidRPr="00D01896">
        <w:rPr>
          <w:rFonts w:asciiTheme="majorBidi" w:hAnsiTheme="majorBidi" w:cstheme="majorBidi"/>
          <w:spacing w:val="9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jual</w:t>
      </w:r>
      <w:proofErr w:type="spellEnd"/>
      <w:r w:rsidRPr="00D01896">
        <w:rPr>
          <w:rFonts w:asciiTheme="majorBidi" w:hAnsiTheme="majorBidi" w:cstheme="majorBidi"/>
          <w:spacing w:val="9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beli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,</w:t>
      </w:r>
      <w:r w:rsidRPr="00D01896">
        <w:rPr>
          <w:rFonts w:asciiTheme="majorBidi" w:hAnsiTheme="majorBidi" w:cstheme="majorBidi"/>
          <w:spacing w:val="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komoditas</w:t>
      </w:r>
      <w:proofErr w:type="spellEnd"/>
      <w:r w:rsidRPr="00D01896">
        <w:rPr>
          <w:rFonts w:asciiTheme="majorBidi" w:hAnsiTheme="majorBidi" w:cstheme="majorBidi"/>
          <w:spacing w:val="12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10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dihasilkan</w:t>
      </w:r>
      <w:proofErr w:type="spellEnd"/>
      <w:r w:rsidRPr="00D01896">
        <w:rPr>
          <w:rFonts w:asciiTheme="majorBidi" w:hAnsiTheme="majorBidi" w:cstheme="majorBidi"/>
          <w:spacing w:val="10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halal</w:t>
      </w:r>
      <w:r w:rsidRPr="00D01896">
        <w:rPr>
          <w:rFonts w:asciiTheme="majorBidi" w:hAnsiTheme="majorBidi" w:cstheme="majorBidi"/>
          <w:spacing w:val="9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dan</w:t>
      </w:r>
      <w:r w:rsidRPr="00D01896">
        <w:rPr>
          <w:rFonts w:asciiTheme="majorBidi" w:hAnsiTheme="majorBidi" w:cstheme="majorBidi"/>
          <w:spacing w:val="2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thayib</w:t>
      </w:r>
      <w:proofErr w:type="spellEnd"/>
      <w:r w:rsidRPr="00D01896">
        <w:rPr>
          <w:rFonts w:asciiTheme="majorBidi" w:hAnsiTheme="majorBidi" w:cstheme="majorBidi"/>
          <w:i/>
          <w:w w:val="80"/>
          <w:sz w:val="24"/>
          <w:szCs w:val="24"/>
        </w:rPr>
        <w:t>)</w:t>
      </w:r>
    </w:p>
    <w:p w14:paraId="6A95DC15" w14:textId="77777777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5" w:after="0" w:line="237" w:lineRule="auto"/>
        <w:ind w:right="123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Bahwa</w:t>
      </w:r>
      <w:proofErr w:type="spellEnd"/>
      <w:r w:rsidRPr="00D01896">
        <w:rPr>
          <w:rFonts w:asciiTheme="majorBidi" w:hAnsiTheme="majorBidi" w:cstheme="majorBidi"/>
          <w:spacing w:val="3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atas</w:t>
      </w:r>
      <w:proofErr w:type="spellEnd"/>
      <w:r w:rsidRPr="00D01896">
        <w:rPr>
          <w:rFonts w:asciiTheme="majorBidi" w:hAnsiTheme="majorBidi" w:cstheme="majorBidi"/>
          <w:spacing w:val="35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dana</w:t>
      </w:r>
      <w:r w:rsidRPr="00D01896">
        <w:rPr>
          <w:rFonts w:asciiTheme="majorBidi" w:hAnsiTheme="majorBidi" w:cstheme="majorBidi"/>
          <w:spacing w:val="3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tersebut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,</w:t>
      </w:r>
      <w:r w:rsidRPr="00D01896">
        <w:rPr>
          <w:rFonts w:asciiTheme="majorBidi" w:hAnsiTheme="majorBidi" w:cstheme="majorBidi"/>
          <w:spacing w:val="3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kami</w:t>
      </w:r>
      <w:r w:rsidRPr="00D01896">
        <w:rPr>
          <w:rFonts w:asciiTheme="majorBidi" w:hAnsiTheme="majorBidi" w:cstheme="majorBidi"/>
          <w:spacing w:val="3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akan</w:t>
      </w:r>
      <w:proofErr w:type="spellEnd"/>
      <w:r w:rsidRPr="00D01896">
        <w:rPr>
          <w:rFonts w:asciiTheme="majorBidi" w:hAnsiTheme="majorBidi" w:cstheme="majorBidi"/>
          <w:spacing w:val="3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gunakan</w:t>
      </w:r>
      <w:proofErr w:type="spellEnd"/>
      <w:r w:rsidRPr="00D01896">
        <w:rPr>
          <w:rFonts w:asciiTheme="majorBidi" w:hAnsiTheme="majorBidi" w:cstheme="majorBidi"/>
          <w:spacing w:val="3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untuk</w:t>
      </w:r>
      <w:proofErr w:type="spellEnd"/>
      <w:r w:rsidRPr="00D01896">
        <w:rPr>
          <w:rFonts w:asciiTheme="majorBidi" w:hAnsiTheme="majorBidi" w:cstheme="majorBidi"/>
          <w:spacing w:val="29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penguatan</w:t>
      </w:r>
      <w:proofErr w:type="spellEnd"/>
      <w:r w:rsidRPr="00D01896">
        <w:rPr>
          <w:rFonts w:asciiTheme="majorBidi" w:hAnsiTheme="majorBidi" w:cstheme="majorBidi"/>
          <w:spacing w:val="3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permodalan</w:t>
      </w:r>
      <w:proofErr w:type="spellEnd"/>
      <w:r w:rsidRPr="00D01896">
        <w:rPr>
          <w:rFonts w:asciiTheme="majorBidi" w:hAnsiTheme="majorBidi" w:cstheme="majorBidi"/>
          <w:spacing w:val="3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usaha</w:t>
      </w:r>
      <w:proofErr w:type="spellEnd"/>
      <w:r w:rsidRPr="00D01896">
        <w:rPr>
          <w:rFonts w:asciiTheme="majorBidi" w:hAnsiTheme="majorBidi" w:cstheme="majorBidi"/>
          <w:spacing w:val="2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sebagaimana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saya</w:t>
      </w:r>
      <w:proofErr w:type="spellEnd"/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tuangkan</w:t>
      </w:r>
      <w:proofErr w:type="spellEnd"/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dalam</w:t>
      </w:r>
      <w:proofErr w:type="spellEnd"/>
      <w:r w:rsidRPr="00D01896">
        <w:rPr>
          <w:rFonts w:asciiTheme="majorBidi" w:hAnsiTheme="majorBidi" w:cstheme="majorBidi"/>
          <w:spacing w:val="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permohonan</w:t>
      </w:r>
      <w:proofErr w:type="spellEnd"/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dan</w:t>
      </w:r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tidak</w:t>
      </w:r>
      <w:proofErr w:type="spellEnd"/>
      <w:r w:rsidRPr="00D01896">
        <w:rPr>
          <w:rFonts w:asciiTheme="majorBidi" w:hAnsiTheme="majorBidi" w:cstheme="majorBidi"/>
          <w:spacing w:val="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digunakan</w:t>
      </w:r>
      <w:proofErr w:type="spellEnd"/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untuk</w:t>
      </w:r>
      <w:proofErr w:type="spellEnd"/>
      <w:r w:rsidRPr="00D01896">
        <w:rPr>
          <w:rFonts w:asciiTheme="majorBidi" w:hAnsiTheme="majorBidi" w:cstheme="majorBidi"/>
          <w:spacing w:val="1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keperluan</w:t>
      </w:r>
      <w:proofErr w:type="spellEnd"/>
      <w:r w:rsidRPr="00D01896">
        <w:rPr>
          <w:rFonts w:asciiTheme="majorBidi" w:hAnsiTheme="majorBidi" w:cstheme="majorBidi"/>
          <w:spacing w:val="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diluar</w:t>
      </w:r>
      <w:proofErr w:type="spellEnd"/>
      <w:r w:rsidRPr="00D01896">
        <w:rPr>
          <w:rFonts w:asciiTheme="majorBidi" w:hAnsiTheme="majorBidi" w:cstheme="majorBidi"/>
          <w:spacing w:val="6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usaha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.</w:t>
      </w:r>
    </w:p>
    <w:p w14:paraId="122907CB" w14:textId="4092237C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3" w:after="0" w:line="240" w:lineRule="auto"/>
        <w:ind w:right="111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Berkomitmen</w:t>
      </w:r>
      <w:proofErr w:type="spellEnd"/>
      <w:r w:rsidRPr="00D01896">
        <w:rPr>
          <w:rFonts w:asciiTheme="majorBidi" w:hAnsiTheme="majorBidi" w:cstheme="majorBidi"/>
          <w:spacing w:val="22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untuk</w:t>
      </w:r>
      <w:proofErr w:type="spellEnd"/>
      <w:r w:rsidRPr="00D01896">
        <w:rPr>
          <w:rFonts w:asciiTheme="majorBidi" w:hAnsiTheme="majorBidi" w:cstheme="majorBidi"/>
          <w:spacing w:val="24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mengikuti</w:t>
      </w:r>
      <w:proofErr w:type="spellEnd"/>
      <w:r w:rsidRPr="00D01896">
        <w:rPr>
          <w:rFonts w:asciiTheme="majorBidi" w:hAnsiTheme="majorBidi" w:cstheme="majorBidi"/>
          <w:spacing w:val="22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ketentuan</w:t>
      </w:r>
      <w:proofErr w:type="spellEnd"/>
      <w:r w:rsidRPr="00D01896">
        <w:rPr>
          <w:rFonts w:asciiTheme="majorBidi" w:hAnsiTheme="majorBidi" w:cstheme="majorBidi"/>
          <w:spacing w:val="22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pendampingan</w:t>
      </w:r>
      <w:proofErr w:type="spellEnd"/>
      <w:r w:rsidRPr="00D01896">
        <w:rPr>
          <w:rFonts w:asciiTheme="majorBidi" w:hAnsiTheme="majorBidi" w:cstheme="majorBidi"/>
          <w:spacing w:val="2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23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ditetapkan</w:t>
      </w:r>
      <w:proofErr w:type="spellEnd"/>
      <w:r w:rsidRPr="00D01896">
        <w:rPr>
          <w:rFonts w:asciiTheme="majorBidi" w:hAnsiTheme="majorBidi" w:cstheme="majorBidi"/>
          <w:spacing w:val="2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oleh</w:t>
      </w:r>
      <w:r w:rsidRPr="00D01896">
        <w:rPr>
          <w:rFonts w:asciiTheme="majorBidi" w:hAnsiTheme="majorBidi" w:cstheme="majorBidi"/>
          <w:spacing w:val="22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>Program</w:t>
      </w:r>
      <w:r w:rsidRPr="00D01896">
        <w:rPr>
          <w:rFonts w:asciiTheme="majorBidi" w:hAnsiTheme="majorBidi" w:cstheme="majorBidi"/>
          <w:spacing w:val="22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Bidang</w:t>
      </w:r>
      <w:proofErr w:type="spellEnd"/>
      <w:r w:rsidRPr="00D01896">
        <w:rPr>
          <w:rFonts w:asciiTheme="majorBidi" w:hAnsiTheme="majorBidi" w:cstheme="majorBidi"/>
          <w:spacing w:val="-5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0"/>
          <w:sz w:val="24"/>
          <w:szCs w:val="24"/>
        </w:rPr>
        <w:t>Ekonomi</w:t>
      </w:r>
      <w:r w:rsidRPr="00D01896">
        <w:rPr>
          <w:rFonts w:asciiTheme="majorBidi" w:hAnsiTheme="majorBidi" w:cstheme="majorBidi"/>
          <w:spacing w:val="-9"/>
          <w:w w:val="90"/>
          <w:sz w:val="24"/>
          <w:szCs w:val="24"/>
        </w:rPr>
        <w:t xml:space="preserve"> </w:t>
      </w:r>
      <w:r w:rsidR="009233DF">
        <w:rPr>
          <w:rFonts w:asciiTheme="majorBidi" w:hAnsiTheme="majorBidi" w:cstheme="majorBidi"/>
          <w:w w:val="90"/>
          <w:sz w:val="24"/>
          <w:szCs w:val="24"/>
        </w:rPr>
        <w:t>LAZISNU</w:t>
      </w:r>
      <w:r w:rsidRPr="00D01896">
        <w:rPr>
          <w:rFonts w:asciiTheme="majorBidi" w:hAnsiTheme="majorBidi" w:cstheme="majorBidi"/>
          <w:w w:val="90"/>
          <w:sz w:val="24"/>
          <w:szCs w:val="24"/>
        </w:rPr>
        <w:t>.</w:t>
      </w:r>
    </w:p>
    <w:p w14:paraId="4B1CBB61" w14:textId="77777777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42" w:lineRule="auto"/>
        <w:ind w:right="118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>Bahwa</w:t>
      </w:r>
      <w:proofErr w:type="spellEnd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 xml:space="preserve"> kami </w:t>
      </w:r>
      <w:proofErr w:type="spellStart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>akan</w:t>
      </w:r>
      <w:proofErr w:type="spellEnd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>berkomitmen</w:t>
      </w:r>
      <w:proofErr w:type="spellEnd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>untuk</w:t>
      </w:r>
      <w:proofErr w:type="spellEnd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>mengelola</w:t>
      </w:r>
      <w:proofErr w:type="spellEnd"/>
      <w:r w:rsidRPr="00D01896">
        <w:rPr>
          <w:rFonts w:asciiTheme="majorBidi" w:hAnsiTheme="majorBidi" w:cstheme="majorBidi"/>
          <w:spacing w:val="-1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5"/>
          <w:sz w:val="24"/>
          <w:szCs w:val="24"/>
        </w:rPr>
        <w:t xml:space="preserve">dana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tersebut</w:t>
      </w:r>
      <w:proofErr w:type="spellEnd"/>
      <w:r w:rsidRPr="00D01896">
        <w:rPr>
          <w:rFonts w:asciiTheme="majorBidi" w:hAnsiTheme="majorBidi" w:cstheme="majorBidi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sehingga</w:t>
      </w:r>
      <w:proofErr w:type="spellEnd"/>
      <w:r w:rsidRPr="00D01896">
        <w:rPr>
          <w:rFonts w:asciiTheme="majorBidi" w:hAnsiTheme="majorBidi" w:cstheme="majorBidi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dapat</w:t>
      </w:r>
      <w:proofErr w:type="spellEnd"/>
      <w:r w:rsidRPr="00D01896">
        <w:rPr>
          <w:rFonts w:asciiTheme="majorBidi" w:hAnsiTheme="majorBidi" w:cstheme="majorBidi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5"/>
          <w:sz w:val="24"/>
          <w:szCs w:val="24"/>
        </w:rPr>
        <w:t>mengembangkan</w:t>
      </w:r>
      <w:proofErr w:type="spellEnd"/>
      <w:r w:rsidRPr="00D01896">
        <w:rPr>
          <w:rFonts w:asciiTheme="majorBidi" w:hAnsiTheme="majorBidi" w:cstheme="majorBidi"/>
          <w:spacing w:val="-54"/>
          <w:w w:val="8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usaha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saya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menjadi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usaha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yang</w:t>
      </w:r>
      <w:r w:rsidRPr="00D01896">
        <w:rPr>
          <w:rFonts w:asciiTheme="majorBidi" w:hAnsiTheme="majorBidi" w:cstheme="majorBidi"/>
          <w:spacing w:val="2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berkembang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secara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berkelanjutan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.</w:t>
      </w:r>
    </w:p>
    <w:p w14:paraId="284D60C4" w14:textId="77777777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42" w:lineRule="auto"/>
        <w:ind w:right="118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Bersedia</w:t>
      </w:r>
      <w:proofErr w:type="spellEnd"/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berinfaq</w:t>
      </w:r>
      <w:proofErr w:type="spellEnd"/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sesuai</w:t>
      </w:r>
      <w:proofErr w:type="spellEnd"/>
      <w:r w:rsidRPr="00D01896">
        <w:rPr>
          <w:rFonts w:asciiTheme="majorBidi" w:hAnsiTheme="majorBidi" w:cstheme="majorBidi"/>
          <w:spacing w:val="14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kemampuan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>.</w:t>
      </w:r>
    </w:p>
    <w:p w14:paraId="1EF7D526" w14:textId="3096E5E8" w:rsidR="004B7CF5" w:rsidRPr="00D01896" w:rsidRDefault="004B7CF5" w:rsidP="00D01896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42" w:lineRule="auto"/>
        <w:ind w:right="118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Bersedia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secara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sadar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mengundurkan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diri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ketika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kami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lalai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,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curang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dan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tidak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sanggup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menjalankan</w:t>
      </w:r>
      <w:proofErr w:type="spellEnd"/>
      <w:r w:rsidRPr="00D01896">
        <w:rPr>
          <w:rFonts w:asciiTheme="majorBidi" w:hAnsiTheme="majorBidi" w:cstheme="majorBidi"/>
          <w:w w:val="80"/>
          <w:sz w:val="24"/>
          <w:szCs w:val="24"/>
        </w:rPr>
        <w:t xml:space="preserve"> program</w:t>
      </w:r>
      <w:r w:rsidRPr="00D01896">
        <w:rPr>
          <w:rFonts w:asciiTheme="majorBidi" w:hAnsiTheme="majorBidi" w:cstheme="majorBidi"/>
          <w:spacing w:val="15"/>
          <w:w w:val="80"/>
          <w:sz w:val="24"/>
          <w:szCs w:val="24"/>
        </w:rPr>
        <w:t xml:space="preserve"> </w:t>
      </w:r>
    </w:p>
    <w:p w14:paraId="631F4159" w14:textId="3B739376" w:rsidR="004B7CF5" w:rsidRPr="00D01896" w:rsidRDefault="004B7CF5" w:rsidP="00D01896">
      <w:pPr>
        <w:pStyle w:val="BodyText"/>
        <w:ind w:left="100"/>
        <w:rPr>
          <w:rFonts w:asciiTheme="majorBidi" w:hAnsiTheme="majorBidi" w:cstheme="majorBidi"/>
          <w:sz w:val="24"/>
          <w:szCs w:val="24"/>
        </w:rPr>
      </w:pP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Demikian</w:t>
      </w:r>
      <w:proofErr w:type="spellEnd"/>
      <w:r w:rsidRPr="00D01896">
        <w:rPr>
          <w:rFonts w:asciiTheme="majorBidi" w:hAnsiTheme="majorBidi" w:cstheme="majorBidi"/>
          <w:spacing w:val="31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Surat</w:t>
      </w:r>
      <w:r w:rsidRPr="00D01896">
        <w:rPr>
          <w:rFonts w:asciiTheme="majorBidi" w:hAnsiTheme="majorBidi" w:cstheme="majorBidi"/>
          <w:spacing w:val="25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Pernyataan</w:t>
      </w:r>
      <w:proofErr w:type="spellEnd"/>
      <w:r w:rsidRPr="00D01896">
        <w:rPr>
          <w:rFonts w:asciiTheme="majorBidi" w:hAnsiTheme="majorBidi" w:cstheme="majorBidi"/>
          <w:spacing w:val="33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ini</w:t>
      </w:r>
      <w:proofErr w:type="spellEnd"/>
      <w:r w:rsidRPr="00D01896">
        <w:rPr>
          <w:rFonts w:asciiTheme="majorBidi" w:hAnsiTheme="majorBidi" w:cstheme="majorBidi"/>
          <w:spacing w:val="2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dibuat</w:t>
      </w:r>
      <w:proofErr w:type="spellEnd"/>
      <w:r w:rsidRPr="00D01896">
        <w:rPr>
          <w:rFonts w:asciiTheme="majorBidi" w:hAnsiTheme="majorBidi" w:cstheme="majorBidi"/>
          <w:spacing w:val="2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dengan</w:t>
      </w:r>
      <w:proofErr w:type="spellEnd"/>
      <w:r w:rsidRPr="00D01896">
        <w:rPr>
          <w:rFonts w:asciiTheme="majorBidi" w:hAnsiTheme="majorBidi" w:cstheme="majorBidi"/>
          <w:spacing w:val="2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sebenar-benarnya</w:t>
      </w:r>
      <w:proofErr w:type="spellEnd"/>
      <w:r w:rsidRPr="00D01896">
        <w:rPr>
          <w:rFonts w:asciiTheme="majorBidi" w:hAnsiTheme="majorBidi" w:cstheme="majorBidi"/>
          <w:spacing w:val="2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dalam</w:t>
      </w:r>
      <w:proofErr w:type="spellEnd"/>
      <w:r w:rsidRPr="00D01896">
        <w:rPr>
          <w:rFonts w:asciiTheme="majorBidi" w:hAnsiTheme="majorBidi" w:cstheme="majorBidi"/>
          <w:spacing w:val="2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keadaan</w:t>
      </w:r>
      <w:proofErr w:type="spellEnd"/>
      <w:r w:rsidRPr="00D01896">
        <w:rPr>
          <w:rFonts w:asciiTheme="majorBidi" w:hAnsiTheme="majorBidi" w:cstheme="majorBidi"/>
          <w:spacing w:val="2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sadar</w:t>
      </w:r>
      <w:proofErr w:type="spellEnd"/>
      <w:r w:rsidRPr="00D01896">
        <w:rPr>
          <w:rFonts w:asciiTheme="majorBidi" w:hAnsiTheme="majorBidi" w:cstheme="majorBidi"/>
          <w:spacing w:val="29"/>
          <w:w w:val="8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80"/>
          <w:sz w:val="24"/>
          <w:szCs w:val="24"/>
        </w:rPr>
        <w:t>dan</w:t>
      </w:r>
      <w:r w:rsidRPr="00D01896">
        <w:rPr>
          <w:rFonts w:asciiTheme="majorBidi" w:hAnsiTheme="majorBidi" w:cstheme="majorBidi"/>
          <w:spacing w:val="27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tanpa</w:t>
      </w:r>
      <w:proofErr w:type="spellEnd"/>
      <w:r w:rsidRPr="00D01896">
        <w:rPr>
          <w:rFonts w:asciiTheme="majorBidi" w:hAnsiTheme="majorBidi" w:cstheme="majorBidi"/>
          <w:spacing w:val="28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80"/>
          <w:sz w:val="24"/>
          <w:szCs w:val="24"/>
        </w:rPr>
        <w:t>paksaan</w:t>
      </w:r>
      <w:proofErr w:type="spellEnd"/>
      <w:r w:rsidRPr="00D01896">
        <w:rPr>
          <w:rFonts w:asciiTheme="majorBidi" w:hAnsiTheme="majorBidi" w:cstheme="majorBidi"/>
          <w:spacing w:val="1"/>
          <w:w w:val="8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0"/>
          <w:sz w:val="24"/>
          <w:szCs w:val="24"/>
        </w:rPr>
        <w:t>dari</w:t>
      </w:r>
      <w:proofErr w:type="spellEnd"/>
      <w:r w:rsidRPr="00D01896">
        <w:rPr>
          <w:rFonts w:asciiTheme="majorBidi" w:hAnsiTheme="majorBidi" w:cstheme="majorBidi"/>
          <w:spacing w:val="-10"/>
          <w:w w:val="9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0"/>
          <w:sz w:val="24"/>
          <w:szCs w:val="24"/>
        </w:rPr>
        <w:t>pihak</w:t>
      </w:r>
      <w:proofErr w:type="spellEnd"/>
      <w:r w:rsidRPr="00D01896">
        <w:rPr>
          <w:rFonts w:asciiTheme="majorBidi" w:hAnsiTheme="majorBidi" w:cstheme="majorBidi"/>
          <w:spacing w:val="-6"/>
          <w:w w:val="90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0"/>
          <w:sz w:val="24"/>
          <w:szCs w:val="24"/>
        </w:rPr>
        <w:t>manapun</w:t>
      </w:r>
      <w:proofErr w:type="spellEnd"/>
      <w:r w:rsidRPr="00D01896">
        <w:rPr>
          <w:rFonts w:asciiTheme="majorBidi" w:hAnsiTheme="majorBidi" w:cstheme="majorBidi"/>
          <w:w w:val="90"/>
          <w:sz w:val="24"/>
          <w:szCs w:val="24"/>
        </w:rPr>
        <w:t>.</w:t>
      </w:r>
    </w:p>
    <w:p w14:paraId="411ADB2F" w14:textId="77777777" w:rsidR="004B7CF5" w:rsidRPr="00D01896" w:rsidRDefault="004B7CF5" w:rsidP="009233DF">
      <w:pPr>
        <w:spacing w:before="102" w:after="0" w:line="240" w:lineRule="auto"/>
        <w:ind w:left="3476"/>
        <w:rPr>
          <w:rFonts w:asciiTheme="majorBidi" w:hAnsiTheme="majorBidi" w:cstheme="majorBidi"/>
          <w:b/>
          <w:i/>
          <w:sz w:val="24"/>
          <w:szCs w:val="24"/>
        </w:rPr>
      </w:pPr>
      <w:r w:rsidRPr="00D01896">
        <w:rPr>
          <w:rFonts w:asciiTheme="majorBidi" w:hAnsiTheme="majorBidi" w:cstheme="majorBidi"/>
          <w:b/>
          <w:i/>
          <w:w w:val="85"/>
          <w:sz w:val="24"/>
          <w:szCs w:val="24"/>
        </w:rPr>
        <w:t>H.R. Bukhari</w:t>
      </w:r>
      <w:r w:rsidRPr="00D01896">
        <w:rPr>
          <w:rFonts w:asciiTheme="majorBidi" w:hAnsiTheme="majorBidi" w:cstheme="majorBidi"/>
          <w:b/>
          <w:i/>
          <w:spacing w:val="3"/>
          <w:w w:val="8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b/>
          <w:i/>
          <w:w w:val="85"/>
          <w:sz w:val="24"/>
          <w:szCs w:val="24"/>
        </w:rPr>
        <w:t>dan Muslim</w:t>
      </w:r>
    </w:p>
    <w:p w14:paraId="3E576A79" w14:textId="77777777" w:rsidR="004B7CF5" w:rsidRPr="00D01896" w:rsidRDefault="004B7CF5" w:rsidP="009233DF">
      <w:pPr>
        <w:spacing w:before="2" w:after="0" w:line="240" w:lineRule="auto"/>
        <w:ind w:left="128" w:right="136"/>
        <w:jc w:val="center"/>
        <w:rPr>
          <w:rFonts w:asciiTheme="majorBidi" w:hAnsiTheme="majorBidi" w:cstheme="majorBidi"/>
          <w:sz w:val="24"/>
          <w:szCs w:val="24"/>
        </w:rPr>
      </w:pPr>
      <w:r w:rsidRPr="00D01896">
        <w:rPr>
          <w:rFonts w:asciiTheme="majorBidi" w:hAnsiTheme="majorBidi" w:cstheme="majorBidi"/>
          <w:w w:val="95"/>
          <w:sz w:val="24"/>
          <w:szCs w:val="24"/>
        </w:rPr>
        <w:t>“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Sesungguhnya</w:t>
      </w:r>
      <w:proofErr w:type="spellEnd"/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seseorang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 di</w:t>
      </w:r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antara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kamu</w:t>
      </w:r>
      <w:proofErr w:type="spell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yang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berpagi-pagi</w:t>
      </w:r>
      <w:proofErr w:type="spell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dalam</w:t>
      </w:r>
      <w:proofErr w:type="spell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mencari</w:t>
      </w:r>
      <w:proofErr w:type="spell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proofErr w:type="gramStart"/>
      <w:r w:rsidRPr="00D01896">
        <w:rPr>
          <w:rFonts w:asciiTheme="majorBidi" w:hAnsiTheme="majorBidi" w:cstheme="majorBidi"/>
          <w:w w:val="95"/>
          <w:sz w:val="24"/>
          <w:szCs w:val="24"/>
        </w:rPr>
        <w:t>rejeki,memikul</w:t>
      </w:r>
      <w:proofErr w:type="spellEnd"/>
      <w:proofErr w:type="gram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kayu</w:t>
      </w:r>
      <w:proofErr w:type="spellEnd"/>
      <w:r w:rsidRPr="00D01896">
        <w:rPr>
          <w:rFonts w:asciiTheme="majorBidi" w:hAnsiTheme="majorBidi" w:cstheme="majorBidi"/>
          <w:spacing w:val="-65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kemudian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bersedekah</w:t>
      </w:r>
      <w:proofErr w:type="spellEnd"/>
      <w:r w:rsidRPr="00D01896">
        <w:rPr>
          <w:rFonts w:asciiTheme="majorBidi" w:hAnsiTheme="majorBidi" w:cstheme="majorBidi"/>
          <w:spacing w:val="4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sebagian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darinya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 dan</w:t>
      </w:r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mencukupkan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diri</w:t>
      </w:r>
      <w:proofErr w:type="spellEnd"/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dari</w:t>
      </w:r>
      <w:proofErr w:type="spellEnd"/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5"/>
          <w:sz w:val="24"/>
          <w:szCs w:val="24"/>
        </w:rPr>
        <w:t>(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meminta-minta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>)</w:t>
      </w:r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kepada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5"/>
          <w:sz w:val="24"/>
          <w:szCs w:val="24"/>
        </w:rPr>
        <w:t>orang</w:t>
      </w:r>
      <w:r w:rsidRPr="00D01896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5"/>
          <w:sz w:val="24"/>
          <w:szCs w:val="24"/>
        </w:rPr>
        <w:t>lain,</w:t>
      </w:r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adalah</w:t>
      </w:r>
      <w:proofErr w:type="spellEnd"/>
      <w:r w:rsidRPr="00D01896">
        <w:rPr>
          <w:rFonts w:asciiTheme="majorBidi" w:hAnsiTheme="majorBidi" w:cstheme="majorBidi"/>
          <w:spacing w:val="3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lebih</w:t>
      </w:r>
      <w:proofErr w:type="spellEnd"/>
      <w:r w:rsidRPr="00D01896">
        <w:rPr>
          <w:rFonts w:asciiTheme="majorBidi" w:hAnsiTheme="majorBidi" w:cstheme="majorBidi"/>
          <w:spacing w:val="3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baik</w:t>
      </w:r>
      <w:proofErr w:type="spellEnd"/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ketimbang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meminta-minta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kepada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seseorang</w:t>
      </w:r>
      <w:proofErr w:type="spellEnd"/>
      <w:r w:rsidRPr="00D01896">
        <w:rPr>
          <w:rFonts w:asciiTheme="majorBidi" w:hAnsiTheme="majorBidi" w:cstheme="majorBidi"/>
          <w:w w:val="95"/>
          <w:sz w:val="24"/>
          <w:szCs w:val="24"/>
        </w:rPr>
        <w:t>,</w:t>
      </w:r>
      <w:r w:rsidRPr="00D01896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w w:val="95"/>
          <w:sz w:val="24"/>
          <w:szCs w:val="24"/>
        </w:rPr>
        <w:t xml:space="preserve">yang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mungkin</w:t>
      </w:r>
      <w:proofErr w:type="spellEnd"/>
      <w:r w:rsidRPr="00D01896">
        <w:rPr>
          <w:rFonts w:asciiTheme="majorBidi" w:hAnsiTheme="majorBidi" w:cstheme="majorBidi"/>
          <w:spacing w:val="3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w w:val="95"/>
          <w:sz w:val="24"/>
          <w:szCs w:val="24"/>
        </w:rPr>
        <w:t>diberi</w:t>
      </w:r>
      <w:proofErr w:type="spellEnd"/>
      <w:r w:rsidRPr="00D01896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D0189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D01896">
        <w:rPr>
          <w:rFonts w:asciiTheme="majorBidi" w:hAnsiTheme="majorBidi" w:cstheme="majorBidi"/>
          <w:sz w:val="24"/>
          <w:szCs w:val="24"/>
        </w:rPr>
        <w:t>ditolak</w:t>
      </w:r>
      <w:proofErr w:type="spellEnd"/>
      <w:r w:rsidRPr="00D01896">
        <w:rPr>
          <w:rFonts w:asciiTheme="majorBidi" w:hAnsiTheme="majorBidi" w:cstheme="majorBidi"/>
          <w:sz w:val="24"/>
          <w:szCs w:val="24"/>
        </w:rPr>
        <w:t>.”</w:t>
      </w:r>
      <w:r w:rsidRPr="00D01896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sz w:val="24"/>
          <w:szCs w:val="24"/>
        </w:rPr>
        <w:t>(HR.</w:t>
      </w:r>
      <w:r w:rsidRPr="00D01896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sz w:val="24"/>
          <w:szCs w:val="24"/>
        </w:rPr>
        <w:t>Bukhari</w:t>
      </w:r>
      <w:r w:rsidRPr="00D0189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sz w:val="24"/>
          <w:szCs w:val="24"/>
        </w:rPr>
        <w:t>dan</w:t>
      </w:r>
      <w:r w:rsidRPr="00D0189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D01896">
        <w:rPr>
          <w:rFonts w:asciiTheme="majorBidi" w:hAnsiTheme="majorBidi" w:cstheme="majorBidi"/>
          <w:sz w:val="24"/>
          <w:szCs w:val="24"/>
        </w:rPr>
        <w:t>Muslim)</w:t>
      </w:r>
    </w:p>
    <w:p w14:paraId="3A9C79FA" w14:textId="77777777" w:rsidR="004B7CF5" w:rsidRPr="00D01896" w:rsidRDefault="004B7CF5" w:rsidP="004B7CF5">
      <w:pPr>
        <w:pStyle w:val="BodyText"/>
        <w:spacing w:before="11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5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</w:tblGrid>
      <w:tr w:rsidR="004B7CF5" w:rsidRPr="00D01896" w14:paraId="42BFD59F" w14:textId="77777777" w:rsidTr="004378C7">
        <w:trPr>
          <w:trHeight w:val="397"/>
        </w:trPr>
        <w:tc>
          <w:tcPr>
            <w:tcW w:w="3697" w:type="dxa"/>
          </w:tcPr>
          <w:p w14:paraId="20003361" w14:textId="77777777" w:rsidR="004B7CF5" w:rsidRPr="00D01896" w:rsidRDefault="004B7CF5" w:rsidP="004378C7">
            <w:pPr>
              <w:pStyle w:val="TableParagraph"/>
              <w:spacing w:before="1"/>
              <w:ind w:left="223"/>
              <w:rPr>
                <w:rFonts w:asciiTheme="majorBidi" w:hAnsiTheme="majorBidi" w:cstheme="majorBidi"/>
                <w:sz w:val="24"/>
                <w:szCs w:val="24"/>
              </w:rPr>
            </w:pPr>
            <w:r w:rsidRPr="00D01896">
              <w:rPr>
                <w:rFonts w:asciiTheme="majorBidi" w:hAnsiTheme="majorBidi" w:cstheme="majorBidi"/>
                <w:spacing w:val="-1"/>
                <w:sz w:val="24"/>
                <w:szCs w:val="24"/>
              </w:rPr>
              <w:t>.............,.............................</w:t>
            </w:r>
            <w:r w:rsidRPr="00D01896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D01896">
              <w:rPr>
                <w:rFonts w:asciiTheme="majorBidi" w:hAnsiTheme="majorBidi" w:cstheme="majorBidi"/>
                <w:sz w:val="24"/>
                <w:szCs w:val="24"/>
              </w:rPr>
              <w:t>20..</w:t>
            </w:r>
          </w:p>
        </w:tc>
      </w:tr>
      <w:tr w:rsidR="004B7CF5" w:rsidRPr="00D01896" w14:paraId="6A09F9D9" w14:textId="77777777" w:rsidTr="004378C7">
        <w:trPr>
          <w:trHeight w:val="1727"/>
        </w:trPr>
        <w:tc>
          <w:tcPr>
            <w:tcW w:w="3697" w:type="dxa"/>
          </w:tcPr>
          <w:p w14:paraId="5473163E" w14:textId="77777777" w:rsidR="004B7CF5" w:rsidRPr="00D01896" w:rsidRDefault="004B7CF5" w:rsidP="004378C7">
            <w:pPr>
              <w:pStyle w:val="TableParagraph"/>
              <w:spacing w:before="131"/>
              <w:ind w:left="186" w:right="500"/>
              <w:jc w:val="center"/>
              <w:rPr>
                <w:rFonts w:asciiTheme="majorBidi" w:hAnsiTheme="majorBidi" w:cstheme="majorBidi"/>
                <w:color w:val="A6A6A6" w:themeColor="background1" w:themeShade="A6"/>
                <w:sz w:val="24"/>
                <w:szCs w:val="24"/>
              </w:rPr>
            </w:pPr>
            <w:r w:rsidRPr="00D01896">
              <w:rPr>
                <w:rFonts w:asciiTheme="majorBidi" w:hAnsiTheme="majorBidi" w:cstheme="majorBidi"/>
                <w:color w:val="A6A6A6" w:themeColor="background1" w:themeShade="A6"/>
                <w:sz w:val="24"/>
                <w:szCs w:val="24"/>
              </w:rPr>
              <w:t>Perwakilan Mustahik</w:t>
            </w:r>
          </w:p>
          <w:p w14:paraId="5E292E6D" w14:textId="77777777" w:rsidR="004B7CF5" w:rsidRPr="00D01896" w:rsidRDefault="004B7CF5" w:rsidP="004378C7">
            <w:pPr>
              <w:pStyle w:val="TableParagraph"/>
              <w:rPr>
                <w:rFonts w:asciiTheme="majorBidi" w:hAnsiTheme="majorBidi" w:cstheme="majorBidi"/>
                <w:color w:val="A6A6A6" w:themeColor="background1" w:themeShade="A6"/>
                <w:sz w:val="24"/>
                <w:szCs w:val="24"/>
              </w:rPr>
            </w:pPr>
          </w:p>
          <w:p w14:paraId="6CE6E6A2" w14:textId="77777777" w:rsidR="004B7CF5" w:rsidRPr="00D01896" w:rsidRDefault="004B7CF5" w:rsidP="004378C7">
            <w:pPr>
              <w:pStyle w:val="TableParagraph"/>
              <w:jc w:val="center"/>
              <w:rPr>
                <w:rFonts w:asciiTheme="majorBidi" w:hAnsiTheme="majorBidi" w:cstheme="majorBidi"/>
                <w:color w:val="A6A6A6" w:themeColor="background1" w:themeShade="A6"/>
                <w:sz w:val="24"/>
                <w:szCs w:val="24"/>
              </w:rPr>
            </w:pPr>
            <w:r w:rsidRPr="00D01896">
              <w:rPr>
                <w:rFonts w:asciiTheme="majorBidi" w:hAnsiTheme="majorBidi" w:cstheme="majorBidi"/>
                <w:color w:val="A6A6A6" w:themeColor="background1" w:themeShade="A6"/>
                <w:sz w:val="24"/>
                <w:szCs w:val="24"/>
              </w:rPr>
              <w:t>Ttd,materai 10 rb dan cap</w:t>
            </w:r>
          </w:p>
          <w:p w14:paraId="712AC94A" w14:textId="77777777" w:rsidR="004B7CF5" w:rsidRPr="00D01896" w:rsidRDefault="004B7CF5" w:rsidP="004378C7">
            <w:pPr>
              <w:pStyle w:val="TableParagraph"/>
              <w:spacing w:before="2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790037" w14:textId="77777777" w:rsidR="004B7CF5" w:rsidRPr="00D01896" w:rsidRDefault="004B7CF5" w:rsidP="004378C7">
            <w:pPr>
              <w:pStyle w:val="TableParagraph"/>
              <w:spacing w:before="1" w:line="246" w:lineRule="exact"/>
              <w:ind w:left="186" w:right="50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01896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D01896"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D01896">
              <w:rPr>
                <w:rFonts w:asciiTheme="majorBidi" w:hAnsiTheme="majorBidi" w:cstheme="majorBidi"/>
                <w:sz w:val="24"/>
                <w:szCs w:val="24"/>
              </w:rPr>
              <w:t>........................................</w:t>
            </w:r>
            <w:r w:rsidRPr="00D01896">
              <w:rPr>
                <w:rFonts w:asciiTheme="majorBidi" w:hAnsiTheme="majorBidi" w:cstheme="majorBidi"/>
                <w:spacing w:val="-4"/>
                <w:sz w:val="24"/>
                <w:szCs w:val="24"/>
              </w:rPr>
              <w:t xml:space="preserve"> </w:t>
            </w:r>
            <w:r w:rsidRPr="00D0189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1AD9F512" w14:textId="77777777" w:rsidR="004B7CF5" w:rsidRDefault="004B7CF5" w:rsidP="004B7CF5">
      <w:pPr>
        <w:pStyle w:val="BodyText"/>
        <w:rPr>
          <w:b/>
        </w:rPr>
      </w:pPr>
    </w:p>
    <w:p w14:paraId="46907246" w14:textId="77777777" w:rsidR="004B7CF5" w:rsidRDefault="004B7CF5" w:rsidP="004B7CF5">
      <w:pPr>
        <w:spacing w:after="40"/>
        <w:jc w:val="center"/>
      </w:pPr>
      <w:r>
        <w:rPr>
          <w:rFonts w:ascii="Times New Roman" w:hAnsi="Times New Roman"/>
          <w:b/>
          <w:sz w:val="24"/>
        </w:rPr>
        <w:lastRenderedPageBreak/>
        <w:t>SURAT PERNYATAAN KESANGGUPAN</w:t>
      </w:r>
      <w:r>
        <w:rPr>
          <w:rFonts w:ascii="Times New Roman" w:hAnsi="Times New Roman"/>
          <w:b/>
          <w:sz w:val="24"/>
        </w:rPr>
        <w:br/>
        <w:t>MELAKSANAKAN PROSEDUR DAN KETENTUAN</w:t>
      </w:r>
    </w:p>
    <w:p w14:paraId="2E7CBCC6" w14:textId="77777777" w:rsidR="004B7CF5" w:rsidRDefault="004B7CF5" w:rsidP="004B7CF5">
      <w:pPr>
        <w:spacing w:after="320"/>
        <w:jc w:val="center"/>
      </w:pPr>
      <w:r>
        <w:rPr>
          <w:rFonts w:ascii="Times New Roman" w:hAnsi="Times New Roman"/>
          <w:b/>
        </w:rPr>
        <w:t>PROGRAM PEMBERDAYAAN UMKM LAZISNU</w:t>
      </w:r>
      <w:r>
        <w:rPr>
          <w:rFonts w:ascii="Times New Roman" w:hAnsi="Times New Roman"/>
          <w:b/>
        </w:rPr>
        <w:br/>
        <w:t>TAHUN ANGGARAN 2026</w:t>
      </w:r>
    </w:p>
    <w:p w14:paraId="0262CD80" w14:textId="77777777" w:rsidR="004B7CF5" w:rsidRDefault="004B7CF5" w:rsidP="004B7CF5">
      <w:pPr>
        <w:spacing w:after="120"/>
      </w:pPr>
      <w:r>
        <w:rPr>
          <w:rFonts w:ascii="Times New Roman" w:hAnsi="Times New Roman"/>
        </w:rPr>
        <w:t xml:space="preserve">Yang </w:t>
      </w:r>
      <w:proofErr w:type="spellStart"/>
      <w:r>
        <w:rPr>
          <w:rFonts w:ascii="Times New Roman" w:hAnsi="Times New Roman"/>
        </w:rPr>
        <w:t>bertanda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tangan</w:t>
      </w:r>
      <w:proofErr w:type="spellEnd"/>
      <w:r>
        <w:rPr>
          <w:rFonts w:ascii="Times New Roman" w:hAnsi="Times New Roman"/>
        </w:rPr>
        <w:t xml:space="preserve"> di </w:t>
      </w:r>
      <w:proofErr w:type="spellStart"/>
      <w:r>
        <w:rPr>
          <w:rFonts w:ascii="Times New Roman" w:hAnsi="Times New Roman"/>
        </w:rPr>
        <w:t>bawah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288"/>
        <w:gridCol w:w="5936"/>
      </w:tblGrid>
      <w:tr w:rsidR="004B7CF5" w14:paraId="722A57F1" w14:textId="77777777" w:rsidTr="004378C7">
        <w:trPr>
          <w:jc w:val="center"/>
        </w:trPr>
        <w:tc>
          <w:tcPr>
            <w:tcW w:w="3168" w:type="dxa"/>
          </w:tcPr>
          <w:p w14:paraId="23726B9D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 xml:space="preserve">Nama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288" w:type="dxa"/>
          </w:tcPr>
          <w:p w14:paraId="77971DC8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7B5E77E4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7C7363F3" w14:textId="77777777" w:rsidTr="004378C7">
        <w:trPr>
          <w:jc w:val="center"/>
        </w:trPr>
        <w:tc>
          <w:tcPr>
            <w:tcW w:w="3168" w:type="dxa"/>
          </w:tcPr>
          <w:p w14:paraId="5D7CAAF7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NIK</w:t>
            </w:r>
          </w:p>
        </w:tc>
        <w:tc>
          <w:tcPr>
            <w:tcW w:w="288" w:type="dxa"/>
          </w:tcPr>
          <w:p w14:paraId="12B7ADA9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B8DDD66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53823A69" w14:textId="77777777" w:rsidTr="004378C7">
        <w:trPr>
          <w:jc w:val="center"/>
        </w:trPr>
        <w:tc>
          <w:tcPr>
            <w:tcW w:w="3168" w:type="dxa"/>
          </w:tcPr>
          <w:p w14:paraId="71CE4F92" w14:textId="77777777" w:rsidR="004B7CF5" w:rsidRDefault="004B7CF5" w:rsidP="004378C7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Tempat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Tanggal</w:t>
            </w:r>
            <w:proofErr w:type="spellEnd"/>
            <w:r>
              <w:rPr>
                <w:rFonts w:ascii="Times New Roman" w:hAnsi="Times New Roman"/>
              </w:rPr>
              <w:t xml:space="preserve"> Lahir</w:t>
            </w:r>
          </w:p>
        </w:tc>
        <w:tc>
          <w:tcPr>
            <w:tcW w:w="288" w:type="dxa"/>
          </w:tcPr>
          <w:p w14:paraId="12CF7C44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3CDF09A8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0536F3C9" w14:textId="77777777" w:rsidTr="004378C7">
        <w:trPr>
          <w:jc w:val="center"/>
        </w:trPr>
        <w:tc>
          <w:tcPr>
            <w:tcW w:w="3168" w:type="dxa"/>
          </w:tcPr>
          <w:p w14:paraId="4607B9D1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 xml:space="preserve">Alamat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</w:p>
        </w:tc>
        <w:tc>
          <w:tcPr>
            <w:tcW w:w="288" w:type="dxa"/>
          </w:tcPr>
          <w:p w14:paraId="31706171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3F56EFB6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17FA7CC7" w14:textId="77777777" w:rsidTr="004378C7">
        <w:trPr>
          <w:jc w:val="center"/>
        </w:trPr>
        <w:tc>
          <w:tcPr>
            <w:tcW w:w="3168" w:type="dxa"/>
          </w:tcPr>
          <w:p w14:paraId="28331141" w14:textId="77777777" w:rsidR="004B7CF5" w:rsidRDefault="004B7CF5" w:rsidP="004378C7">
            <w:pPr>
              <w:spacing w:after="80"/>
            </w:pPr>
            <w:proofErr w:type="spellStart"/>
            <w:r>
              <w:rPr>
                <w:rFonts w:ascii="Times New Roman" w:hAnsi="Times New Roman"/>
              </w:rPr>
              <w:t>Nomor</w:t>
            </w:r>
            <w:proofErr w:type="spellEnd"/>
            <w:r>
              <w:rPr>
                <w:rFonts w:ascii="Times New Roman" w:hAnsi="Times New Roman"/>
              </w:rPr>
              <w:t xml:space="preserve"> HP/WhatsApp</w:t>
            </w:r>
          </w:p>
        </w:tc>
        <w:tc>
          <w:tcPr>
            <w:tcW w:w="288" w:type="dxa"/>
          </w:tcPr>
          <w:p w14:paraId="4A29BD09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3E45D49E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40C32848" w14:textId="77777777" w:rsidTr="004378C7">
        <w:trPr>
          <w:jc w:val="center"/>
        </w:trPr>
        <w:tc>
          <w:tcPr>
            <w:tcW w:w="3168" w:type="dxa"/>
          </w:tcPr>
          <w:p w14:paraId="7F91ADCA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Nama Usaha</w:t>
            </w:r>
          </w:p>
        </w:tc>
        <w:tc>
          <w:tcPr>
            <w:tcW w:w="288" w:type="dxa"/>
          </w:tcPr>
          <w:p w14:paraId="12C513E0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2D9824A9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55438ECE" w14:textId="77777777" w:rsidTr="004378C7">
        <w:trPr>
          <w:jc w:val="center"/>
        </w:trPr>
        <w:tc>
          <w:tcPr>
            <w:tcW w:w="3168" w:type="dxa"/>
          </w:tcPr>
          <w:p w14:paraId="19ED3789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Jenis Usaha</w:t>
            </w:r>
          </w:p>
        </w:tc>
        <w:tc>
          <w:tcPr>
            <w:tcW w:w="288" w:type="dxa"/>
          </w:tcPr>
          <w:p w14:paraId="3C785365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6F240E40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  <w:tr w:rsidR="004B7CF5" w14:paraId="2F7F20E3" w14:textId="77777777" w:rsidTr="004378C7">
        <w:trPr>
          <w:jc w:val="center"/>
        </w:trPr>
        <w:tc>
          <w:tcPr>
            <w:tcW w:w="3168" w:type="dxa"/>
          </w:tcPr>
          <w:p w14:paraId="1BCA61DC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Alamat Usaha</w:t>
            </w:r>
          </w:p>
        </w:tc>
        <w:tc>
          <w:tcPr>
            <w:tcW w:w="288" w:type="dxa"/>
          </w:tcPr>
          <w:p w14:paraId="3E18F36A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04" w:type="dxa"/>
          </w:tcPr>
          <w:p w14:paraId="5E3EEFB7" w14:textId="77777777" w:rsidR="004B7CF5" w:rsidRDefault="004B7CF5" w:rsidP="004378C7">
            <w:pPr>
              <w:spacing w:after="80"/>
            </w:pPr>
            <w:r>
              <w:rPr>
                <w:rFonts w:ascii="Times New Roman" w:hAnsi="Times New Roman"/>
                <w:color w:val="787878"/>
              </w:rPr>
              <w:t>____________________________________________________</w:t>
            </w:r>
          </w:p>
        </w:tc>
      </w:tr>
    </w:tbl>
    <w:p w14:paraId="3B1D8366" w14:textId="77777777" w:rsidR="004B7CF5" w:rsidRDefault="004B7CF5" w:rsidP="004B7CF5">
      <w:pPr>
        <w:spacing w:before="240" w:after="120"/>
      </w:pP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menyatakan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sebenar-benarnya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>:</w:t>
      </w:r>
    </w:p>
    <w:p w14:paraId="7646BF36" w14:textId="2E0F8F75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mengikuti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seluruh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tahapan</w:t>
      </w:r>
      <w:proofErr w:type="spellEnd"/>
      <w:r w:rsidRPr="004B7CF5">
        <w:rPr>
          <w:rFonts w:ascii="Times New Roman" w:hAnsi="Times New Roman"/>
        </w:rPr>
        <w:t xml:space="preserve"> Program </w:t>
      </w:r>
      <w:proofErr w:type="spellStart"/>
      <w:r w:rsidRPr="004B7CF5">
        <w:rPr>
          <w:rFonts w:ascii="Times New Roman" w:hAnsi="Times New Roman"/>
        </w:rPr>
        <w:t>Pemberdayaan</w:t>
      </w:r>
      <w:proofErr w:type="spellEnd"/>
      <w:r w:rsidRPr="004B7CF5">
        <w:rPr>
          <w:rFonts w:ascii="Times New Roman" w:hAnsi="Times New Roman"/>
        </w:rPr>
        <w:t xml:space="preserve"> UMKM LAZISNU </w:t>
      </w:r>
      <w:proofErr w:type="spellStart"/>
      <w:r w:rsidRPr="004B7CF5">
        <w:rPr>
          <w:rFonts w:ascii="Times New Roman" w:hAnsi="Times New Roman"/>
        </w:rPr>
        <w:t>Tahun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Anggaran</w:t>
      </w:r>
      <w:proofErr w:type="spellEnd"/>
      <w:r w:rsidRPr="004B7CF5">
        <w:rPr>
          <w:rFonts w:ascii="Times New Roman" w:hAnsi="Times New Roman"/>
        </w:rPr>
        <w:t xml:space="preserve"> 2026 </w:t>
      </w:r>
      <w:proofErr w:type="spellStart"/>
      <w:r w:rsidRPr="004B7CF5">
        <w:rPr>
          <w:rFonts w:ascii="Times New Roman" w:hAnsi="Times New Roman"/>
        </w:rPr>
        <w:t>mulai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dari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seleksi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pelatihan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pendampingan</w:t>
      </w:r>
      <w:proofErr w:type="spellEnd"/>
      <w:r w:rsidRPr="004B7CF5">
        <w:rPr>
          <w:rFonts w:ascii="Times New Roman" w:hAnsi="Times New Roman"/>
        </w:rPr>
        <w:t xml:space="preserve">, monitoring, </w:t>
      </w:r>
      <w:proofErr w:type="spellStart"/>
      <w:r w:rsidRPr="004B7CF5">
        <w:rPr>
          <w:rFonts w:ascii="Times New Roman" w:hAnsi="Times New Roman"/>
        </w:rPr>
        <w:t>evaluasi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hingga</w:t>
      </w:r>
      <w:proofErr w:type="spellEnd"/>
      <w:r w:rsidRPr="004B7CF5">
        <w:rPr>
          <w:rFonts w:ascii="Times New Roman" w:hAnsi="Times New Roman"/>
        </w:rPr>
        <w:t xml:space="preserve"> program </w:t>
      </w:r>
      <w:proofErr w:type="spellStart"/>
      <w:r w:rsidRPr="004B7CF5">
        <w:rPr>
          <w:rFonts w:ascii="Times New Roman" w:hAnsi="Times New Roman"/>
        </w:rPr>
        <w:t>dinyatakan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selesai</w:t>
      </w:r>
      <w:proofErr w:type="spellEnd"/>
      <w:r w:rsidRPr="004B7CF5">
        <w:rPr>
          <w:rFonts w:ascii="Times New Roman" w:hAnsi="Times New Roman"/>
        </w:rPr>
        <w:t>.</w:t>
      </w:r>
    </w:p>
    <w:p w14:paraId="13226EAF" w14:textId="5F8632BB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memanfaatkan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 modal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peralatan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gerobak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atau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lainnya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sesuai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dengan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tujuan</w:t>
      </w:r>
      <w:proofErr w:type="spellEnd"/>
      <w:r w:rsidRPr="004B7CF5">
        <w:rPr>
          <w:rFonts w:ascii="Times New Roman" w:hAnsi="Times New Roman"/>
        </w:rPr>
        <w:t xml:space="preserve"> program dan </w:t>
      </w:r>
      <w:proofErr w:type="spellStart"/>
      <w:r w:rsidRPr="004B7CF5">
        <w:rPr>
          <w:rFonts w:ascii="Times New Roman" w:hAnsi="Times New Roman"/>
        </w:rPr>
        <w:t>tidak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mengalihkan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kepada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pihak</w:t>
      </w:r>
      <w:proofErr w:type="spellEnd"/>
      <w:r w:rsidRPr="004B7CF5">
        <w:rPr>
          <w:rFonts w:ascii="Times New Roman" w:hAnsi="Times New Roman"/>
        </w:rPr>
        <w:t xml:space="preserve"> lain </w:t>
      </w:r>
      <w:proofErr w:type="spellStart"/>
      <w:r w:rsidRPr="004B7CF5">
        <w:rPr>
          <w:rFonts w:ascii="Times New Roman" w:hAnsi="Times New Roman"/>
        </w:rPr>
        <w:t>tanpa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persetujuan</w:t>
      </w:r>
      <w:proofErr w:type="spellEnd"/>
      <w:r w:rsidRPr="004B7CF5">
        <w:rPr>
          <w:rFonts w:ascii="Times New Roman" w:hAnsi="Times New Roman"/>
        </w:rPr>
        <w:t xml:space="preserve"> LAZISNU.</w:t>
      </w:r>
    </w:p>
    <w:p w14:paraId="2AFCF0FD" w14:textId="3A6BA0A9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mengelola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mengembangkan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dijalankan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secara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aktif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produktif</w:t>
      </w:r>
      <w:proofErr w:type="spellEnd"/>
      <w:r w:rsidRPr="004B7CF5">
        <w:rPr>
          <w:rFonts w:ascii="Times New Roman" w:hAnsi="Times New Roman"/>
        </w:rPr>
        <w:t xml:space="preserve">, dan </w:t>
      </w:r>
      <w:proofErr w:type="spellStart"/>
      <w:r w:rsidRPr="004B7CF5">
        <w:rPr>
          <w:rFonts w:ascii="Times New Roman" w:hAnsi="Times New Roman"/>
        </w:rPr>
        <w:t>berkelanjutan</w:t>
      </w:r>
      <w:proofErr w:type="spellEnd"/>
      <w:r w:rsidRPr="004B7CF5">
        <w:rPr>
          <w:rFonts w:ascii="Times New Roman" w:hAnsi="Times New Roman"/>
        </w:rPr>
        <w:t>.</w:t>
      </w:r>
    </w:p>
    <w:p w14:paraId="44B5E357" w14:textId="6E33639E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mengikuti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seluruh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kegiatan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pelatihan</w:t>
      </w:r>
      <w:proofErr w:type="spellEnd"/>
      <w:r w:rsidRPr="004B7CF5">
        <w:rPr>
          <w:rFonts w:ascii="Times New Roman" w:hAnsi="Times New Roman"/>
        </w:rPr>
        <w:t xml:space="preserve">, mentoring, coaching, dan </w:t>
      </w:r>
      <w:proofErr w:type="spellStart"/>
      <w:r w:rsidRPr="004B7CF5">
        <w:rPr>
          <w:rFonts w:ascii="Times New Roman" w:hAnsi="Times New Roman"/>
        </w:rPr>
        <w:t>pendampingan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diselenggarakan</w:t>
      </w:r>
      <w:proofErr w:type="spellEnd"/>
      <w:r w:rsidRPr="004B7CF5">
        <w:rPr>
          <w:rFonts w:ascii="Times New Roman" w:hAnsi="Times New Roman"/>
        </w:rPr>
        <w:t xml:space="preserve"> oleh LAZISNU </w:t>
      </w:r>
      <w:proofErr w:type="spellStart"/>
      <w:r w:rsidRPr="004B7CF5">
        <w:rPr>
          <w:rFonts w:ascii="Times New Roman" w:hAnsi="Times New Roman"/>
        </w:rPr>
        <w:t>maupun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mitra</w:t>
      </w:r>
      <w:proofErr w:type="spellEnd"/>
      <w:r w:rsidRPr="004B7CF5">
        <w:rPr>
          <w:rFonts w:ascii="Times New Roman" w:hAnsi="Times New Roman"/>
        </w:rPr>
        <w:t xml:space="preserve"> program.</w:t>
      </w:r>
    </w:p>
    <w:p w14:paraId="10DF5ABF" w14:textId="64A5FBDA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menyampaikan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laporan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perkembangan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secara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berkala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sesuai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jadwal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ditetapkan</w:t>
      </w:r>
      <w:proofErr w:type="spellEnd"/>
      <w:r w:rsidRPr="004B7CF5">
        <w:rPr>
          <w:rFonts w:ascii="Times New Roman" w:hAnsi="Times New Roman"/>
        </w:rPr>
        <w:t xml:space="preserve"> oleh </w:t>
      </w:r>
      <w:proofErr w:type="spellStart"/>
      <w:r w:rsidRPr="004B7CF5">
        <w:rPr>
          <w:rFonts w:ascii="Times New Roman" w:hAnsi="Times New Roman"/>
        </w:rPr>
        <w:t>pengelola</w:t>
      </w:r>
      <w:proofErr w:type="spellEnd"/>
      <w:r w:rsidRPr="004B7CF5">
        <w:rPr>
          <w:rFonts w:ascii="Times New Roman" w:hAnsi="Times New Roman"/>
        </w:rPr>
        <w:t xml:space="preserve"> program.</w:t>
      </w:r>
    </w:p>
    <w:p w14:paraId="63A91891" w14:textId="6F6A5AAF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memberikan</w:t>
      </w:r>
      <w:proofErr w:type="spellEnd"/>
      <w:r w:rsidRPr="004B7CF5">
        <w:rPr>
          <w:rFonts w:ascii="Times New Roman" w:hAnsi="Times New Roman"/>
        </w:rPr>
        <w:t xml:space="preserve"> data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benar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dapat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dipertanggungjawabkan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termasuk</w:t>
      </w:r>
      <w:proofErr w:type="spellEnd"/>
      <w:r w:rsidRPr="004B7CF5">
        <w:rPr>
          <w:rFonts w:ascii="Times New Roman" w:hAnsi="Times New Roman"/>
        </w:rPr>
        <w:t xml:space="preserve"> data </w:t>
      </w:r>
      <w:proofErr w:type="spellStart"/>
      <w:r w:rsidRPr="004B7CF5">
        <w:rPr>
          <w:rFonts w:ascii="Times New Roman" w:hAnsi="Times New Roman"/>
        </w:rPr>
        <w:t>omzet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keuntungan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jumlah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pelanggan</w:t>
      </w:r>
      <w:proofErr w:type="spellEnd"/>
      <w:r w:rsidRPr="004B7CF5">
        <w:rPr>
          <w:rFonts w:ascii="Times New Roman" w:hAnsi="Times New Roman"/>
        </w:rPr>
        <w:t xml:space="preserve">, dan </w:t>
      </w:r>
      <w:proofErr w:type="spellStart"/>
      <w:r w:rsidRPr="004B7CF5">
        <w:rPr>
          <w:rFonts w:ascii="Times New Roman" w:hAnsi="Times New Roman"/>
        </w:rPr>
        <w:t>perkembangan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lainnya</w:t>
      </w:r>
      <w:proofErr w:type="spellEnd"/>
      <w:r w:rsidRPr="004B7CF5">
        <w:rPr>
          <w:rFonts w:ascii="Times New Roman" w:hAnsi="Times New Roman"/>
        </w:rPr>
        <w:t>.</w:t>
      </w:r>
    </w:p>
    <w:p w14:paraId="692061F1" w14:textId="5A2CA2AD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menerima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kunjungan</w:t>
      </w:r>
      <w:proofErr w:type="spellEnd"/>
      <w:r w:rsidRPr="004B7CF5">
        <w:rPr>
          <w:rFonts w:ascii="Times New Roman" w:hAnsi="Times New Roman"/>
        </w:rPr>
        <w:t xml:space="preserve"> monitoring dan </w:t>
      </w:r>
      <w:proofErr w:type="spellStart"/>
      <w:r w:rsidRPr="004B7CF5">
        <w:rPr>
          <w:rFonts w:ascii="Times New Roman" w:hAnsi="Times New Roman"/>
        </w:rPr>
        <w:t>evaluasi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dilakukan</w:t>
      </w:r>
      <w:proofErr w:type="spellEnd"/>
      <w:r w:rsidRPr="004B7CF5">
        <w:rPr>
          <w:rFonts w:ascii="Times New Roman" w:hAnsi="Times New Roman"/>
        </w:rPr>
        <w:t xml:space="preserve"> oleh </w:t>
      </w:r>
      <w:proofErr w:type="spellStart"/>
      <w:r w:rsidRPr="004B7CF5">
        <w:rPr>
          <w:rFonts w:ascii="Times New Roman" w:hAnsi="Times New Roman"/>
        </w:rPr>
        <w:t>tim</w:t>
      </w:r>
      <w:proofErr w:type="spellEnd"/>
      <w:r w:rsidRPr="004B7CF5">
        <w:rPr>
          <w:rFonts w:ascii="Times New Roman" w:hAnsi="Times New Roman"/>
        </w:rPr>
        <w:t xml:space="preserve"> LAZISNU, PMO, auditor, </w:t>
      </w:r>
      <w:proofErr w:type="spellStart"/>
      <w:r w:rsidRPr="004B7CF5">
        <w:rPr>
          <w:rFonts w:ascii="Times New Roman" w:hAnsi="Times New Roman"/>
        </w:rPr>
        <w:t>maupun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pihak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ditunjuk</w:t>
      </w:r>
      <w:proofErr w:type="spellEnd"/>
      <w:r w:rsidRPr="004B7CF5">
        <w:rPr>
          <w:rFonts w:ascii="Times New Roman" w:hAnsi="Times New Roman"/>
        </w:rPr>
        <w:t>.</w:t>
      </w:r>
    </w:p>
    <w:p w14:paraId="1A5A50A4" w14:textId="4A6CEEF1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menjaga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merawat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seluruh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sarana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diterima</w:t>
      </w:r>
      <w:proofErr w:type="spellEnd"/>
      <w:r w:rsidRPr="004B7CF5">
        <w:rPr>
          <w:rFonts w:ascii="Times New Roman" w:hAnsi="Times New Roman"/>
        </w:rPr>
        <w:t xml:space="preserve"> agar </w:t>
      </w:r>
      <w:proofErr w:type="spellStart"/>
      <w:r w:rsidRPr="004B7CF5">
        <w:rPr>
          <w:rFonts w:ascii="Times New Roman" w:hAnsi="Times New Roman"/>
        </w:rPr>
        <w:t>dapat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digunakan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secara</w:t>
      </w:r>
      <w:proofErr w:type="spellEnd"/>
      <w:r w:rsidRPr="004B7CF5">
        <w:rPr>
          <w:rFonts w:ascii="Times New Roman" w:hAnsi="Times New Roman"/>
        </w:rPr>
        <w:t xml:space="preserve"> optimal </w:t>
      </w:r>
      <w:proofErr w:type="spellStart"/>
      <w:r w:rsidRPr="004B7CF5">
        <w:rPr>
          <w:rFonts w:ascii="Times New Roman" w:hAnsi="Times New Roman"/>
        </w:rPr>
        <w:t>untuk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pengembangan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>.</w:t>
      </w:r>
    </w:p>
    <w:p w14:paraId="15D4613F" w14:textId="2B182ABB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mengutamakan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pemberdayaan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ekonomi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keluarga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masyarakat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sekitar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melalui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pengembangan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dijalankan</w:t>
      </w:r>
      <w:proofErr w:type="spellEnd"/>
      <w:r w:rsidRPr="004B7CF5">
        <w:rPr>
          <w:rFonts w:ascii="Times New Roman" w:hAnsi="Times New Roman"/>
        </w:rPr>
        <w:t>.</w:t>
      </w:r>
    </w:p>
    <w:p w14:paraId="0FA3742C" w14:textId="42CB2536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berupaya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meningkatkan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kapasitas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usaha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sehingga</w:t>
      </w:r>
      <w:proofErr w:type="spellEnd"/>
      <w:r w:rsidRPr="004B7CF5">
        <w:rPr>
          <w:rFonts w:ascii="Times New Roman" w:hAnsi="Times New Roman"/>
        </w:rPr>
        <w:t xml:space="preserve"> pada masa </w:t>
      </w:r>
      <w:proofErr w:type="spellStart"/>
      <w:r w:rsidRPr="004B7CF5">
        <w:rPr>
          <w:rFonts w:ascii="Times New Roman" w:hAnsi="Times New Roman"/>
        </w:rPr>
        <w:t>mendatang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dapat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mencapai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kemandirian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ekonomi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bertransformasi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dari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mustahik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menjadi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muzaki</w:t>
      </w:r>
      <w:proofErr w:type="spellEnd"/>
      <w:r w:rsidRPr="004B7CF5">
        <w:rPr>
          <w:rFonts w:ascii="Times New Roman" w:hAnsi="Times New Roman"/>
        </w:rPr>
        <w:t>.</w:t>
      </w:r>
    </w:p>
    <w:p w14:paraId="0CAC7E00" w14:textId="27643335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Sanggup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menjaga</w:t>
      </w:r>
      <w:proofErr w:type="spellEnd"/>
      <w:r w:rsidRPr="004B7CF5">
        <w:rPr>
          <w:rFonts w:ascii="Times New Roman" w:hAnsi="Times New Roman"/>
        </w:rPr>
        <w:t xml:space="preserve"> nama </w:t>
      </w:r>
      <w:proofErr w:type="spellStart"/>
      <w:r w:rsidRPr="004B7CF5">
        <w:rPr>
          <w:rFonts w:ascii="Times New Roman" w:hAnsi="Times New Roman"/>
        </w:rPr>
        <w:t>baik</w:t>
      </w:r>
      <w:proofErr w:type="spellEnd"/>
      <w:r w:rsidRPr="004B7CF5">
        <w:rPr>
          <w:rFonts w:ascii="Times New Roman" w:hAnsi="Times New Roman"/>
        </w:rPr>
        <w:t xml:space="preserve"> LAZISNU </w:t>
      </w:r>
      <w:proofErr w:type="spellStart"/>
      <w:r w:rsidRPr="004B7CF5">
        <w:rPr>
          <w:rFonts w:ascii="Times New Roman" w:hAnsi="Times New Roman"/>
        </w:rPr>
        <w:t>serta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tidak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melakukan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tindakan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bertentangan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dengan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hukum</w:t>
      </w:r>
      <w:proofErr w:type="spellEnd"/>
      <w:r w:rsidRPr="004B7CF5">
        <w:rPr>
          <w:rFonts w:ascii="Times New Roman" w:hAnsi="Times New Roman"/>
        </w:rPr>
        <w:t xml:space="preserve">, norma agama, </w:t>
      </w:r>
      <w:proofErr w:type="spellStart"/>
      <w:r w:rsidRPr="004B7CF5">
        <w:rPr>
          <w:rFonts w:ascii="Times New Roman" w:hAnsi="Times New Roman"/>
        </w:rPr>
        <w:t>maupun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ketentuan</w:t>
      </w:r>
      <w:proofErr w:type="spellEnd"/>
      <w:r w:rsidRPr="004B7CF5">
        <w:rPr>
          <w:rFonts w:ascii="Times New Roman" w:hAnsi="Times New Roman"/>
        </w:rPr>
        <w:t xml:space="preserve"> program.</w:t>
      </w:r>
    </w:p>
    <w:p w14:paraId="506A7A73" w14:textId="206DE4EA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Apabila</w:t>
      </w:r>
      <w:proofErr w:type="spellEnd"/>
      <w:r w:rsidRPr="004B7CF5">
        <w:rPr>
          <w:rFonts w:ascii="Times New Roman" w:hAnsi="Times New Roman"/>
        </w:rPr>
        <w:t xml:space="preserve"> di </w:t>
      </w:r>
      <w:proofErr w:type="spellStart"/>
      <w:r w:rsidRPr="004B7CF5">
        <w:rPr>
          <w:rFonts w:ascii="Times New Roman" w:hAnsi="Times New Roman"/>
        </w:rPr>
        <w:t>kemudian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hari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ditemukan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bahwa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saya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memberikan</w:t>
      </w:r>
      <w:proofErr w:type="spellEnd"/>
      <w:r w:rsidRPr="004B7CF5">
        <w:rPr>
          <w:rFonts w:ascii="Times New Roman" w:hAnsi="Times New Roman"/>
        </w:rPr>
        <w:t xml:space="preserve"> data yang </w:t>
      </w:r>
      <w:proofErr w:type="spellStart"/>
      <w:r w:rsidRPr="004B7CF5">
        <w:rPr>
          <w:rFonts w:ascii="Times New Roman" w:hAnsi="Times New Roman"/>
        </w:rPr>
        <w:t>tidak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benar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menyalahgunakan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tidak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melaksanakan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kewajiban</w:t>
      </w:r>
      <w:proofErr w:type="spellEnd"/>
      <w:r w:rsidRPr="004B7CF5">
        <w:rPr>
          <w:rFonts w:ascii="Times New Roman" w:hAnsi="Times New Roman"/>
        </w:rPr>
        <w:t xml:space="preserve"> program, </w:t>
      </w:r>
      <w:proofErr w:type="spellStart"/>
      <w:r w:rsidRPr="004B7CF5">
        <w:rPr>
          <w:rFonts w:ascii="Times New Roman" w:hAnsi="Times New Roman"/>
        </w:rPr>
        <w:t>atau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melanggar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ketentuan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telah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ditetapkan</w:t>
      </w:r>
      <w:proofErr w:type="spellEnd"/>
      <w:r w:rsidRPr="004B7CF5">
        <w:rPr>
          <w:rFonts w:ascii="Times New Roman" w:hAnsi="Times New Roman"/>
        </w:rPr>
        <w:t xml:space="preserve">, </w:t>
      </w:r>
      <w:proofErr w:type="spellStart"/>
      <w:r w:rsidRPr="004B7CF5">
        <w:rPr>
          <w:rFonts w:ascii="Times New Roman" w:hAnsi="Times New Roman"/>
        </w:rPr>
        <w:t>maka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saya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bersedia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menerima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sanksi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sesuai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ketentuan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berlaku</w:t>
      </w:r>
      <w:proofErr w:type="spellEnd"/>
      <w:r w:rsidRPr="004B7CF5">
        <w:rPr>
          <w:rFonts w:ascii="Times New Roman" w:hAnsi="Times New Roman"/>
        </w:rPr>
        <w:t xml:space="preserve"> dan </w:t>
      </w:r>
      <w:proofErr w:type="spellStart"/>
      <w:r w:rsidRPr="004B7CF5">
        <w:rPr>
          <w:rFonts w:ascii="Times New Roman" w:hAnsi="Times New Roman"/>
        </w:rPr>
        <w:t>mengembalikan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bantuan</w:t>
      </w:r>
      <w:proofErr w:type="spellEnd"/>
      <w:r w:rsidRPr="004B7CF5">
        <w:rPr>
          <w:rFonts w:ascii="Times New Roman" w:hAnsi="Times New Roman"/>
        </w:rPr>
        <w:t xml:space="preserve"> yang </w:t>
      </w:r>
      <w:proofErr w:type="spellStart"/>
      <w:r w:rsidRPr="004B7CF5">
        <w:rPr>
          <w:rFonts w:ascii="Times New Roman" w:hAnsi="Times New Roman"/>
        </w:rPr>
        <w:t>telah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diterima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apabila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dipandang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perlu</w:t>
      </w:r>
      <w:proofErr w:type="spellEnd"/>
      <w:r w:rsidRPr="004B7CF5">
        <w:rPr>
          <w:rFonts w:ascii="Times New Roman" w:hAnsi="Times New Roman"/>
        </w:rPr>
        <w:t xml:space="preserve"> oleh </w:t>
      </w:r>
      <w:proofErr w:type="spellStart"/>
      <w:r w:rsidRPr="004B7CF5">
        <w:rPr>
          <w:rFonts w:ascii="Times New Roman" w:hAnsi="Times New Roman"/>
        </w:rPr>
        <w:t>pengelola</w:t>
      </w:r>
      <w:proofErr w:type="spellEnd"/>
      <w:r w:rsidRPr="004B7CF5">
        <w:rPr>
          <w:rFonts w:ascii="Times New Roman" w:hAnsi="Times New Roman"/>
        </w:rPr>
        <w:t xml:space="preserve"> program.</w:t>
      </w:r>
    </w:p>
    <w:p w14:paraId="1FE86D50" w14:textId="558BB10A" w:rsidR="004B7CF5" w:rsidRDefault="004B7CF5" w:rsidP="004B7CF5">
      <w:pPr>
        <w:pStyle w:val="ListParagraph"/>
        <w:numPr>
          <w:ilvl w:val="0"/>
          <w:numId w:val="14"/>
        </w:numPr>
        <w:spacing w:after="80"/>
        <w:ind w:left="426"/>
        <w:jc w:val="both"/>
      </w:pPr>
      <w:proofErr w:type="spellStart"/>
      <w:r w:rsidRPr="004B7CF5">
        <w:rPr>
          <w:rFonts w:ascii="Times New Roman" w:hAnsi="Times New Roman"/>
        </w:rPr>
        <w:t>Bersedia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menandatangani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dokumen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pendukung</w:t>
      </w:r>
      <w:proofErr w:type="spellEnd"/>
      <w:r w:rsidRPr="004B7CF5">
        <w:rPr>
          <w:rFonts w:ascii="Times New Roman" w:hAnsi="Times New Roman"/>
        </w:rPr>
        <w:t xml:space="preserve"> program yang </w:t>
      </w:r>
      <w:proofErr w:type="spellStart"/>
      <w:r w:rsidRPr="004B7CF5">
        <w:rPr>
          <w:rFonts w:ascii="Times New Roman" w:hAnsi="Times New Roman"/>
        </w:rPr>
        <w:t>diperlukan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untuk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kepentingan</w:t>
      </w:r>
      <w:proofErr w:type="spellEnd"/>
      <w:r w:rsidRPr="004B7CF5">
        <w:rPr>
          <w:rFonts w:ascii="Times New Roman" w:hAnsi="Times New Roman"/>
        </w:rPr>
        <w:t xml:space="preserve"> </w:t>
      </w:r>
      <w:proofErr w:type="spellStart"/>
      <w:r w:rsidRPr="004B7CF5">
        <w:rPr>
          <w:rFonts w:ascii="Times New Roman" w:hAnsi="Times New Roman"/>
        </w:rPr>
        <w:t>administrasi</w:t>
      </w:r>
      <w:proofErr w:type="spellEnd"/>
      <w:r w:rsidRPr="004B7CF5">
        <w:rPr>
          <w:rFonts w:ascii="Times New Roman" w:hAnsi="Times New Roman"/>
        </w:rPr>
        <w:t xml:space="preserve">, monitoring, </w:t>
      </w:r>
      <w:proofErr w:type="spellStart"/>
      <w:r w:rsidRPr="004B7CF5">
        <w:rPr>
          <w:rFonts w:ascii="Times New Roman" w:hAnsi="Times New Roman"/>
        </w:rPr>
        <w:t>evaluasi</w:t>
      </w:r>
      <w:proofErr w:type="spellEnd"/>
      <w:r w:rsidRPr="004B7CF5">
        <w:rPr>
          <w:rFonts w:ascii="Times New Roman" w:hAnsi="Times New Roman"/>
        </w:rPr>
        <w:t xml:space="preserve">, audit, dan </w:t>
      </w:r>
      <w:proofErr w:type="spellStart"/>
      <w:r w:rsidRPr="004B7CF5">
        <w:rPr>
          <w:rFonts w:ascii="Times New Roman" w:hAnsi="Times New Roman"/>
        </w:rPr>
        <w:t>pelaporan</w:t>
      </w:r>
      <w:proofErr w:type="spellEnd"/>
      <w:r w:rsidRPr="004B7CF5">
        <w:rPr>
          <w:rFonts w:ascii="Times New Roman" w:hAnsi="Times New Roman"/>
        </w:rPr>
        <w:t xml:space="preserve"> program.</w:t>
      </w:r>
    </w:p>
    <w:p w14:paraId="32B6603E" w14:textId="77777777" w:rsidR="004B7CF5" w:rsidRDefault="004B7CF5" w:rsidP="004B7CF5">
      <w:pPr>
        <w:spacing w:before="200" w:after="320"/>
        <w:jc w:val="both"/>
      </w:pPr>
      <w:proofErr w:type="spellStart"/>
      <w:r>
        <w:rPr>
          <w:rFonts w:ascii="Times New Roman" w:hAnsi="Times New Roman"/>
        </w:rPr>
        <w:lastRenderedPageBreak/>
        <w:t>Demikian</w:t>
      </w:r>
      <w:proofErr w:type="spellEnd"/>
      <w:r>
        <w:rPr>
          <w:rFonts w:ascii="Times New Roman" w:hAnsi="Times New Roman"/>
        </w:rPr>
        <w:t xml:space="preserve"> Surat </w:t>
      </w:r>
      <w:proofErr w:type="spellStart"/>
      <w:r>
        <w:rPr>
          <w:rFonts w:ascii="Times New Roman" w:hAnsi="Times New Roman"/>
        </w:rPr>
        <w:t>Pernyataan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Kesanggupan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sebenar-benarnya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keadaan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sadar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tanpa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paksaan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pihak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manapun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dipergunakan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sebagaimana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mestinya</w:t>
      </w:r>
      <w:proofErr w:type="spellEnd"/>
      <w:r>
        <w:rPr>
          <w:rFonts w:ascii="Times New Roman" w:hAnsi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864"/>
        <w:gridCol w:w="3888"/>
      </w:tblGrid>
      <w:tr w:rsidR="004B7CF5" w14:paraId="1D5BC72C" w14:textId="77777777" w:rsidTr="004B7CF5">
        <w:trPr>
          <w:jc w:val="center"/>
        </w:trPr>
        <w:tc>
          <w:tcPr>
            <w:tcW w:w="4608" w:type="dxa"/>
            <w:shd w:val="clear" w:color="auto" w:fill="FFFFFF"/>
          </w:tcPr>
          <w:p w14:paraId="1996FD9F" w14:textId="30029753" w:rsidR="004B7CF5" w:rsidRDefault="004B7CF5" w:rsidP="004378C7"/>
        </w:tc>
        <w:tc>
          <w:tcPr>
            <w:tcW w:w="864" w:type="dxa"/>
          </w:tcPr>
          <w:p w14:paraId="508C8118" w14:textId="77777777" w:rsidR="004B7CF5" w:rsidRDefault="004B7CF5" w:rsidP="004378C7"/>
        </w:tc>
        <w:tc>
          <w:tcPr>
            <w:tcW w:w="3888" w:type="dxa"/>
          </w:tcPr>
          <w:p w14:paraId="394168BC" w14:textId="2B6EC3AE" w:rsidR="004B7CF5" w:rsidRDefault="004B7CF5" w:rsidP="004378C7">
            <w:proofErr w:type="spellStart"/>
            <w:r>
              <w:rPr>
                <w:rFonts w:ascii="Times New Roman" w:hAnsi="Times New Roman"/>
                <w:b/>
              </w:rPr>
              <w:t>Tempat</w:t>
            </w:r>
            <w:proofErr w:type="spellEnd"/>
            <w:r>
              <w:rPr>
                <w:rFonts w:ascii="Times New Roman" w:hAnsi="Times New Roman"/>
                <w:b/>
              </w:rPr>
              <w:t>, _______________________</w:t>
            </w:r>
            <w:r>
              <w:rPr>
                <w:rFonts w:ascii="Times New Roman" w:hAnsi="Times New Roman"/>
                <w:b/>
              </w:rPr>
              <w:br/>
              <w:t xml:space="preserve">Yang </w:t>
            </w:r>
            <w:proofErr w:type="spellStart"/>
            <w:r>
              <w:rPr>
                <w:rFonts w:ascii="Times New Roman" w:hAnsi="Times New Roman"/>
                <w:b/>
              </w:rPr>
              <w:t>Membuat</w:t>
            </w:r>
            <w:proofErr w:type="spellEnd"/>
            <w:r>
              <w:rPr>
                <w:rFonts w:ascii="Times New Roman" w:hAnsi="Times New Roman"/>
                <w:b/>
              </w:rPr>
              <w:t xml:space="preserve"> Pernyataan,</w:t>
            </w:r>
          </w:p>
        </w:tc>
      </w:tr>
      <w:tr w:rsidR="004B7CF5" w14:paraId="3DA970F5" w14:textId="77777777" w:rsidTr="004B7CF5">
        <w:trPr>
          <w:jc w:val="center"/>
        </w:trPr>
        <w:tc>
          <w:tcPr>
            <w:tcW w:w="4608" w:type="dxa"/>
          </w:tcPr>
          <w:p w14:paraId="64F49269" w14:textId="77777777" w:rsidR="004B7CF5" w:rsidRDefault="004B7CF5" w:rsidP="004378C7"/>
        </w:tc>
        <w:tc>
          <w:tcPr>
            <w:tcW w:w="864" w:type="dxa"/>
          </w:tcPr>
          <w:p w14:paraId="15A1C587" w14:textId="77777777" w:rsidR="004B7CF5" w:rsidRDefault="004B7CF5" w:rsidP="004378C7"/>
        </w:tc>
        <w:tc>
          <w:tcPr>
            <w:tcW w:w="3888" w:type="dxa"/>
          </w:tcPr>
          <w:p w14:paraId="7A23776C" w14:textId="77777777" w:rsidR="004B7CF5" w:rsidRDefault="004B7CF5" w:rsidP="004378C7">
            <w:pPr>
              <w:spacing w:before="120" w:after="120"/>
            </w:pPr>
            <w:r>
              <w:rPr>
                <w:rFonts w:ascii="Times New Roman" w:hAnsi="Times New Roman"/>
                <w:color w:val="787878"/>
                <w:sz w:val="17"/>
              </w:rPr>
              <w:t>[ MATERAI Rp10.</w:t>
            </w:r>
            <w:proofErr w:type="gramStart"/>
            <w:r>
              <w:rPr>
                <w:rFonts w:ascii="Times New Roman" w:hAnsi="Times New Roman"/>
                <w:color w:val="787878"/>
                <w:sz w:val="17"/>
              </w:rPr>
              <w:t>000 ]</w:t>
            </w:r>
            <w:proofErr w:type="gramEnd"/>
          </w:p>
        </w:tc>
      </w:tr>
      <w:tr w:rsidR="004B7CF5" w14:paraId="6EB915A4" w14:textId="77777777" w:rsidTr="004B7CF5">
        <w:trPr>
          <w:jc w:val="center"/>
        </w:trPr>
        <w:tc>
          <w:tcPr>
            <w:tcW w:w="4608" w:type="dxa"/>
          </w:tcPr>
          <w:p w14:paraId="285F3142" w14:textId="77777777" w:rsidR="004B7CF5" w:rsidRDefault="004B7CF5" w:rsidP="004378C7">
            <w:pPr>
              <w:spacing w:before="480"/>
            </w:pPr>
          </w:p>
        </w:tc>
        <w:tc>
          <w:tcPr>
            <w:tcW w:w="864" w:type="dxa"/>
          </w:tcPr>
          <w:p w14:paraId="66F18B0A" w14:textId="77777777" w:rsidR="004B7CF5" w:rsidRDefault="004B7CF5" w:rsidP="004378C7"/>
        </w:tc>
        <w:tc>
          <w:tcPr>
            <w:tcW w:w="3888" w:type="dxa"/>
          </w:tcPr>
          <w:p w14:paraId="5B6FE535" w14:textId="77777777" w:rsidR="004B7CF5" w:rsidRDefault="004B7CF5" w:rsidP="004378C7">
            <w:pPr>
              <w:spacing w:before="240"/>
            </w:pPr>
          </w:p>
        </w:tc>
      </w:tr>
      <w:tr w:rsidR="004B7CF5" w14:paraId="044D1104" w14:textId="77777777" w:rsidTr="004B7CF5">
        <w:trPr>
          <w:jc w:val="center"/>
        </w:trPr>
        <w:tc>
          <w:tcPr>
            <w:tcW w:w="4608" w:type="dxa"/>
          </w:tcPr>
          <w:p w14:paraId="4D802A4A" w14:textId="6E740645" w:rsidR="004B7CF5" w:rsidRDefault="004B7CF5" w:rsidP="004378C7"/>
        </w:tc>
        <w:tc>
          <w:tcPr>
            <w:tcW w:w="864" w:type="dxa"/>
          </w:tcPr>
          <w:p w14:paraId="48E34082" w14:textId="77777777" w:rsidR="004B7CF5" w:rsidRDefault="004B7CF5" w:rsidP="004378C7"/>
        </w:tc>
        <w:tc>
          <w:tcPr>
            <w:tcW w:w="3888" w:type="dxa"/>
          </w:tcPr>
          <w:p w14:paraId="512E9D15" w14:textId="77777777" w:rsidR="004B7CF5" w:rsidRDefault="004B7CF5" w:rsidP="004378C7">
            <w:proofErr w:type="gramStart"/>
            <w:r>
              <w:rPr>
                <w:rFonts w:ascii="Times New Roman" w:hAnsi="Times New Roman"/>
              </w:rPr>
              <w:t>( _</w:t>
            </w:r>
            <w:proofErr w:type="gramEnd"/>
            <w:r>
              <w:rPr>
                <w:rFonts w:ascii="Times New Roman" w:hAnsi="Times New Roman"/>
              </w:rPr>
              <w:t>________________________</w:t>
            </w:r>
            <w:proofErr w:type="gramStart"/>
            <w:r>
              <w:rPr>
                <w:rFonts w:ascii="Times New Roman" w:hAnsi="Times New Roman"/>
              </w:rPr>
              <w:t>_ )</w:t>
            </w:r>
            <w:proofErr w:type="gramEnd"/>
            <w:r>
              <w:rPr>
                <w:rFonts w:ascii="Times New Roman" w:hAnsi="Times New Roman"/>
              </w:rPr>
              <w:br/>
              <w:t xml:space="preserve">Nama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</w:p>
        </w:tc>
      </w:tr>
    </w:tbl>
    <w:p w14:paraId="1B926686" w14:textId="77777777" w:rsidR="004B7CF5" w:rsidRDefault="004B7CF5" w:rsidP="004B7CF5">
      <w:pPr>
        <w:spacing w:before="280"/>
      </w:pPr>
    </w:p>
    <w:p w14:paraId="5A73F2A0" w14:textId="77777777" w:rsidR="004B7CF5" w:rsidRDefault="004B7CF5" w:rsidP="004B7CF5">
      <w:proofErr w:type="spellStart"/>
      <w:r>
        <w:rPr>
          <w:b/>
          <w:i/>
          <w:color w:val="781E1E"/>
          <w:sz w:val="19"/>
        </w:rPr>
        <w:t>Catatan</w:t>
      </w:r>
      <w:proofErr w:type="spellEnd"/>
      <w:r>
        <w:rPr>
          <w:b/>
          <w:i/>
          <w:color w:val="781E1E"/>
          <w:sz w:val="19"/>
        </w:rPr>
        <w:t xml:space="preserve">: </w:t>
      </w:r>
      <w:r>
        <w:rPr>
          <w:i/>
          <w:color w:val="646464"/>
          <w:sz w:val="19"/>
        </w:rPr>
        <w:t xml:space="preserve">Surat </w:t>
      </w:r>
      <w:proofErr w:type="spellStart"/>
      <w:r>
        <w:rPr>
          <w:i/>
          <w:color w:val="646464"/>
          <w:sz w:val="19"/>
        </w:rPr>
        <w:t>pernyataan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ini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merupakan</w:t>
      </w:r>
      <w:proofErr w:type="spellEnd"/>
      <w:r>
        <w:rPr>
          <w:i/>
          <w:color w:val="646464"/>
          <w:sz w:val="19"/>
        </w:rPr>
        <w:t xml:space="preserve"> salah </w:t>
      </w:r>
      <w:proofErr w:type="spellStart"/>
      <w:r>
        <w:rPr>
          <w:i/>
          <w:color w:val="646464"/>
          <w:sz w:val="19"/>
        </w:rPr>
        <w:t>satu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dokumen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wajib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dalam</w:t>
      </w:r>
      <w:proofErr w:type="spellEnd"/>
      <w:r>
        <w:rPr>
          <w:i/>
          <w:color w:val="646464"/>
          <w:sz w:val="19"/>
        </w:rPr>
        <w:t xml:space="preserve"> proses </w:t>
      </w:r>
      <w:proofErr w:type="spellStart"/>
      <w:r>
        <w:rPr>
          <w:i/>
          <w:color w:val="646464"/>
          <w:sz w:val="19"/>
        </w:rPr>
        <w:t>pengajuan</w:t>
      </w:r>
      <w:proofErr w:type="spellEnd"/>
      <w:r>
        <w:rPr>
          <w:i/>
          <w:color w:val="646464"/>
          <w:sz w:val="19"/>
        </w:rPr>
        <w:t xml:space="preserve"> dan </w:t>
      </w:r>
      <w:proofErr w:type="spellStart"/>
      <w:r>
        <w:rPr>
          <w:i/>
          <w:color w:val="646464"/>
          <w:sz w:val="19"/>
        </w:rPr>
        <w:t>penerimaan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bantuan</w:t>
      </w:r>
      <w:proofErr w:type="spellEnd"/>
      <w:r>
        <w:rPr>
          <w:i/>
          <w:color w:val="646464"/>
          <w:sz w:val="19"/>
        </w:rPr>
        <w:t xml:space="preserve"> Program </w:t>
      </w:r>
      <w:proofErr w:type="spellStart"/>
      <w:r>
        <w:rPr>
          <w:i/>
          <w:color w:val="646464"/>
          <w:sz w:val="19"/>
        </w:rPr>
        <w:t>Pemberdayaan</w:t>
      </w:r>
      <w:proofErr w:type="spellEnd"/>
      <w:r>
        <w:rPr>
          <w:i/>
          <w:color w:val="646464"/>
          <w:sz w:val="19"/>
        </w:rPr>
        <w:t xml:space="preserve"> UMKM LAZISNU </w:t>
      </w:r>
      <w:proofErr w:type="spellStart"/>
      <w:r>
        <w:rPr>
          <w:i/>
          <w:color w:val="646464"/>
          <w:sz w:val="19"/>
        </w:rPr>
        <w:t>Tahun</w:t>
      </w:r>
      <w:proofErr w:type="spellEnd"/>
      <w:r>
        <w:rPr>
          <w:i/>
          <w:color w:val="646464"/>
          <w:sz w:val="19"/>
        </w:rPr>
        <w:t xml:space="preserve"> </w:t>
      </w:r>
      <w:proofErr w:type="spellStart"/>
      <w:r>
        <w:rPr>
          <w:i/>
          <w:color w:val="646464"/>
          <w:sz w:val="19"/>
        </w:rPr>
        <w:t>Anggaran</w:t>
      </w:r>
      <w:proofErr w:type="spellEnd"/>
      <w:r>
        <w:rPr>
          <w:i/>
          <w:color w:val="646464"/>
          <w:sz w:val="19"/>
        </w:rPr>
        <w:t xml:space="preserve"> 2026.</w:t>
      </w:r>
    </w:p>
    <w:p w14:paraId="4A0E1F77" w14:textId="77777777" w:rsidR="004B7CF5" w:rsidRDefault="004B7CF5" w:rsidP="004B7CF5"/>
    <w:p w14:paraId="71C1E7D5" w14:textId="77777777" w:rsidR="004B7CF5" w:rsidRDefault="004B7CF5"/>
    <w:sectPr w:rsidR="004B7CF5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MT"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03D26"/>
    <w:multiLevelType w:val="hybridMultilevel"/>
    <w:tmpl w:val="0A524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286F13"/>
    <w:multiLevelType w:val="hybridMultilevel"/>
    <w:tmpl w:val="F30005F4"/>
    <w:lvl w:ilvl="0" w:tplc="AE6C025C">
      <w:start w:val="1"/>
      <w:numFmt w:val="decimal"/>
      <w:lvlText w:val="%1."/>
      <w:lvlJc w:val="left"/>
      <w:pPr>
        <w:ind w:left="525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id" w:eastAsia="en-US" w:bidi="ar-SA"/>
      </w:rPr>
    </w:lvl>
    <w:lvl w:ilvl="1" w:tplc="F196A668">
      <w:numFmt w:val="bullet"/>
      <w:lvlText w:val="•"/>
      <w:lvlJc w:val="left"/>
      <w:pPr>
        <w:ind w:left="1456" w:hanging="425"/>
      </w:pPr>
      <w:rPr>
        <w:rFonts w:hint="default"/>
        <w:lang w:val="id" w:eastAsia="en-US" w:bidi="ar-SA"/>
      </w:rPr>
    </w:lvl>
    <w:lvl w:ilvl="2" w:tplc="5DFAA990">
      <w:numFmt w:val="bullet"/>
      <w:lvlText w:val="•"/>
      <w:lvlJc w:val="left"/>
      <w:pPr>
        <w:ind w:left="2393" w:hanging="425"/>
      </w:pPr>
      <w:rPr>
        <w:rFonts w:hint="default"/>
        <w:lang w:val="id" w:eastAsia="en-US" w:bidi="ar-SA"/>
      </w:rPr>
    </w:lvl>
    <w:lvl w:ilvl="3" w:tplc="9CCEF67A">
      <w:numFmt w:val="bullet"/>
      <w:lvlText w:val="•"/>
      <w:lvlJc w:val="left"/>
      <w:pPr>
        <w:ind w:left="3329" w:hanging="425"/>
      </w:pPr>
      <w:rPr>
        <w:rFonts w:hint="default"/>
        <w:lang w:val="id" w:eastAsia="en-US" w:bidi="ar-SA"/>
      </w:rPr>
    </w:lvl>
    <w:lvl w:ilvl="4" w:tplc="512ECA32">
      <w:numFmt w:val="bullet"/>
      <w:lvlText w:val="•"/>
      <w:lvlJc w:val="left"/>
      <w:pPr>
        <w:ind w:left="4266" w:hanging="425"/>
      </w:pPr>
      <w:rPr>
        <w:rFonts w:hint="default"/>
        <w:lang w:val="id" w:eastAsia="en-US" w:bidi="ar-SA"/>
      </w:rPr>
    </w:lvl>
    <w:lvl w:ilvl="5" w:tplc="7F58E66A">
      <w:numFmt w:val="bullet"/>
      <w:lvlText w:val="•"/>
      <w:lvlJc w:val="left"/>
      <w:pPr>
        <w:ind w:left="5203" w:hanging="425"/>
      </w:pPr>
      <w:rPr>
        <w:rFonts w:hint="default"/>
        <w:lang w:val="id" w:eastAsia="en-US" w:bidi="ar-SA"/>
      </w:rPr>
    </w:lvl>
    <w:lvl w:ilvl="6" w:tplc="0694CC50">
      <w:numFmt w:val="bullet"/>
      <w:lvlText w:val="•"/>
      <w:lvlJc w:val="left"/>
      <w:pPr>
        <w:ind w:left="6139" w:hanging="425"/>
      </w:pPr>
      <w:rPr>
        <w:rFonts w:hint="default"/>
        <w:lang w:val="id" w:eastAsia="en-US" w:bidi="ar-SA"/>
      </w:rPr>
    </w:lvl>
    <w:lvl w:ilvl="7" w:tplc="B2AC02E8">
      <w:numFmt w:val="bullet"/>
      <w:lvlText w:val="•"/>
      <w:lvlJc w:val="left"/>
      <w:pPr>
        <w:ind w:left="7076" w:hanging="425"/>
      </w:pPr>
      <w:rPr>
        <w:rFonts w:hint="default"/>
        <w:lang w:val="id" w:eastAsia="en-US" w:bidi="ar-SA"/>
      </w:rPr>
    </w:lvl>
    <w:lvl w:ilvl="8" w:tplc="C7720778">
      <w:numFmt w:val="bullet"/>
      <w:lvlText w:val="•"/>
      <w:lvlJc w:val="left"/>
      <w:pPr>
        <w:ind w:left="8013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06081BD0"/>
    <w:multiLevelType w:val="hybridMultilevel"/>
    <w:tmpl w:val="49ACA0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1329C"/>
    <w:multiLevelType w:val="hybridMultilevel"/>
    <w:tmpl w:val="7B3AEE40"/>
    <w:lvl w:ilvl="0" w:tplc="B96E3A54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83523"/>
    <w:multiLevelType w:val="hybridMultilevel"/>
    <w:tmpl w:val="5B124F94"/>
    <w:lvl w:ilvl="0" w:tplc="3B78E2C0">
      <w:start w:val="1"/>
      <w:numFmt w:val="lowerLetter"/>
      <w:lvlText w:val="%1."/>
      <w:lvlJc w:val="left"/>
      <w:pPr>
        <w:ind w:left="821" w:hanging="361"/>
        <w:jc w:val="left"/>
      </w:pPr>
      <w:rPr>
        <w:rFonts w:ascii="Arial MT" w:eastAsia="Arial MT" w:hAnsi="Arial MT" w:cs="Arial MT" w:hint="default"/>
        <w:w w:val="82"/>
        <w:sz w:val="24"/>
        <w:szCs w:val="24"/>
        <w:lang w:val="ms" w:eastAsia="en-US" w:bidi="ar-SA"/>
      </w:rPr>
    </w:lvl>
    <w:lvl w:ilvl="1" w:tplc="A2EA5C80">
      <w:numFmt w:val="bullet"/>
      <w:lvlText w:val="•"/>
      <w:lvlJc w:val="left"/>
      <w:pPr>
        <w:ind w:left="1706" w:hanging="361"/>
      </w:pPr>
      <w:rPr>
        <w:rFonts w:hint="default"/>
        <w:lang w:val="ms" w:eastAsia="en-US" w:bidi="ar-SA"/>
      </w:rPr>
    </w:lvl>
    <w:lvl w:ilvl="2" w:tplc="F38E1604">
      <w:numFmt w:val="bullet"/>
      <w:lvlText w:val="•"/>
      <w:lvlJc w:val="left"/>
      <w:pPr>
        <w:ind w:left="2592" w:hanging="361"/>
      </w:pPr>
      <w:rPr>
        <w:rFonts w:hint="default"/>
        <w:lang w:val="ms" w:eastAsia="en-US" w:bidi="ar-SA"/>
      </w:rPr>
    </w:lvl>
    <w:lvl w:ilvl="3" w:tplc="F8264FF8">
      <w:numFmt w:val="bullet"/>
      <w:lvlText w:val="•"/>
      <w:lvlJc w:val="left"/>
      <w:pPr>
        <w:ind w:left="3479" w:hanging="361"/>
      </w:pPr>
      <w:rPr>
        <w:rFonts w:hint="default"/>
        <w:lang w:val="ms" w:eastAsia="en-US" w:bidi="ar-SA"/>
      </w:rPr>
    </w:lvl>
    <w:lvl w:ilvl="4" w:tplc="6E202CE2">
      <w:numFmt w:val="bullet"/>
      <w:lvlText w:val="•"/>
      <w:lvlJc w:val="left"/>
      <w:pPr>
        <w:ind w:left="4365" w:hanging="361"/>
      </w:pPr>
      <w:rPr>
        <w:rFonts w:hint="default"/>
        <w:lang w:val="ms" w:eastAsia="en-US" w:bidi="ar-SA"/>
      </w:rPr>
    </w:lvl>
    <w:lvl w:ilvl="5" w:tplc="3AFAED36">
      <w:numFmt w:val="bullet"/>
      <w:lvlText w:val="•"/>
      <w:lvlJc w:val="left"/>
      <w:pPr>
        <w:ind w:left="5252" w:hanging="361"/>
      </w:pPr>
      <w:rPr>
        <w:rFonts w:hint="default"/>
        <w:lang w:val="ms" w:eastAsia="en-US" w:bidi="ar-SA"/>
      </w:rPr>
    </w:lvl>
    <w:lvl w:ilvl="6" w:tplc="D9922FCC">
      <w:numFmt w:val="bullet"/>
      <w:lvlText w:val="•"/>
      <w:lvlJc w:val="left"/>
      <w:pPr>
        <w:ind w:left="6138" w:hanging="361"/>
      </w:pPr>
      <w:rPr>
        <w:rFonts w:hint="default"/>
        <w:lang w:val="ms" w:eastAsia="en-US" w:bidi="ar-SA"/>
      </w:rPr>
    </w:lvl>
    <w:lvl w:ilvl="7" w:tplc="13864330">
      <w:numFmt w:val="bullet"/>
      <w:lvlText w:val="•"/>
      <w:lvlJc w:val="left"/>
      <w:pPr>
        <w:ind w:left="7024" w:hanging="361"/>
      </w:pPr>
      <w:rPr>
        <w:rFonts w:hint="default"/>
        <w:lang w:val="ms" w:eastAsia="en-US" w:bidi="ar-SA"/>
      </w:rPr>
    </w:lvl>
    <w:lvl w:ilvl="8" w:tplc="F7D69700">
      <w:numFmt w:val="bullet"/>
      <w:lvlText w:val="•"/>
      <w:lvlJc w:val="left"/>
      <w:pPr>
        <w:ind w:left="7911" w:hanging="361"/>
      </w:pPr>
      <w:rPr>
        <w:rFonts w:hint="default"/>
        <w:lang w:val="ms" w:eastAsia="en-US" w:bidi="ar-SA"/>
      </w:rPr>
    </w:lvl>
  </w:abstractNum>
  <w:abstractNum w:abstractNumId="14" w15:restartNumberingAfterBreak="0">
    <w:nsid w:val="58A464AB"/>
    <w:multiLevelType w:val="hybridMultilevel"/>
    <w:tmpl w:val="165E549A"/>
    <w:lvl w:ilvl="0" w:tplc="88EE9FD4">
      <w:start w:val="1"/>
      <w:numFmt w:val="decimal"/>
      <w:lvlText w:val="%1."/>
      <w:lvlJc w:val="left"/>
      <w:pPr>
        <w:ind w:left="732" w:hanging="372"/>
      </w:pPr>
      <w:rPr>
        <w:rFonts w:ascii="Times New Roman" w:hAnsi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449D8"/>
    <w:multiLevelType w:val="hybridMultilevel"/>
    <w:tmpl w:val="CE58AFF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505458">
    <w:abstractNumId w:val="8"/>
  </w:num>
  <w:num w:numId="2" w16cid:durableId="1729761430">
    <w:abstractNumId w:val="6"/>
  </w:num>
  <w:num w:numId="3" w16cid:durableId="267198934">
    <w:abstractNumId w:val="5"/>
  </w:num>
  <w:num w:numId="4" w16cid:durableId="1090391207">
    <w:abstractNumId w:val="4"/>
  </w:num>
  <w:num w:numId="5" w16cid:durableId="261113479">
    <w:abstractNumId w:val="7"/>
  </w:num>
  <w:num w:numId="6" w16cid:durableId="1066875687">
    <w:abstractNumId w:val="3"/>
  </w:num>
  <w:num w:numId="7" w16cid:durableId="1484587565">
    <w:abstractNumId w:val="2"/>
  </w:num>
  <w:num w:numId="8" w16cid:durableId="705914933">
    <w:abstractNumId w:val="1"/>
  </w:num>
  <w:num w:numId="9" w16cid:durableId="74136088">
    <w:abstractNumId w:val="0"/>
  </w:num>
  <w:num w:numId="10" w16cid:durableId="138692708">
    <w:abstractNumId w:val="15"/>
  </w:num>
  <w:num w:numId="11" w16cid:durableId="564297508">
    <w:abstractNumId w:val="9"/>
  </w:num>
  <w:num w:numId="12" w16cid:durableId="1959099184">
    <w:abstractNumId w:val="13"/>
  </w:num>
  <w:num w:numId="13" w16cid:durableId="960182644">
    <w:abstractNumId w:val="10"/>
  </w:num>
  <w:num w:numId="14" w16cid:durableId="1583874648">
    <w:abstractNumId w:val="11"/>
  </w:num>
  <w:num w:numId="15" w16cid:durableId="842478366">
    <w:abstractNumId w:val="14"/>
  </w:num>
  <w:num w:numId="16" w16cid:durableId="3978254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A1B"/>
    <w:rsid w:val="000F5644"/>
    <w:rsid w:val="0015074B"/>
    <w:rsid w:val="0029639D"/>
    <w:rsid w:val="002E428C"/>
    <w:rsid w:val="00326F90"/>
    <w:rsid w:val="00386649"/>
    <w:rsid w:val="003F14EC"/>
    <w:rsid w:val="004B7CF5"/>
    <w:rsid w:val="007708E8"/>
    <w:rsid w:val="00857CC4"/>
    <w:rsid w:val="008B314C"/>
    <w:rsid w:val="009233DF"/>
    <w:rsid w:val="00946ECC"/>
    <w:rsid w:val="00A60F6F"/>
    <w:rsid w:val="00AA1D8D"/>
    <w:rsid w:val="00B47730"/>
    <w:rsid w:val="00B949BA"/>
    <w:rsid w:val="00CB0664"/>
    <w:rsid w:val="00CD2094"/>
    <w:rsid w:val="00D01896"/>
    <w:rsid w:val="00E369F7"/>
    <w:rsid w:val="00EF0B41"/>
    <w:rsid w:val="00F708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4A257"/>
  <w14:defaultImageDpi w14:val="300"/>
  <w15:docId w15:val="{245FA3CA-2AEC-41ED-A87C-93D6CD25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4B7CF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akhmad saefullah</cp:lastModifiedBy>
  <cp:revision>7</cp:revision>
  <cp:lastPrinted>2026-06-15T04:50:00Z</cp:lastPrinted>
  <dcterms:created xsi:type="dcterms:W3CDTF">2013-12-23T23:15:00Z</dcterms:created>
  <dcterms:modified xsi:type="dcterms:W3CDTF">2026-07-05T04:31:00Z</dcterms:modified>
  <cp:category/>
</cp:coreProperties>
</file>